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22D" w:rsidRPr="00D65655" w:rsidRDefault="00AC77CC" w:rsidP="00D65655">
      <w:pPr>
        <w:pStyle w:val="berschrift1"/>
        <w:spacing w:before="0"/>
        <w:jc w:val="center"/>
        <w:rPr>
          <w:rFonts w:ascii="Segoe UI Emoji" w:hAnsi="Segoe UI Emoji" w:cs="Segoe UI Emoji"/>
          <w:color w:val="0088B8"/>
          <w:sz w:val="24"/>
          <w:lang w:val="de-DE"/>
        </w:rPr>
      </w:pPr>
      <w:r w:rsidRPr="00D65655">
        <w:rPr>
          <w:rFonts w:ascii="Segoe UI Emoji" w:hAnsi="Segoe UI Emoji" w:cs="Segoe UI Emoji"/>
          <w:color w:val="0088B8"/>
          <w:sz w:val="24"/>
          <w:lang w:val="de-DE"/>
        </w:rPr>
        <w:t xml:space="preserve">Ihre </w:t>
      </w:r>
      <w:r w:rsidR="009C251C" w:rsidRPr="00D65655">
        <w:rPr>
          <w:rFonts w:ascii="Segoe UI Emoji" w:hAnsi="Segoe UI Emoji" w:cs="Segoe UI Emoji"/>
          <w:color w:val="0088B8"/>
          <w:sz w:val="24"/>
          <w:lang w:val="de-DE"/>
        </w:rPr>
        <w:t xml:space="preserve">Bewerbung </w:t>
      </w:r>
      <w:r w:rsidR="00383D45" w:rsidRPr="00D65655">
        <w:rPr>
          <w:rFonts w:ascii="Segoe UI Emoji" w:hAnsi="Segoe UI Emoji" w:cs="Segoe UI Emoji"/>
          <w:color w:val="0088B8"/>
          <w:sz w:val="24"/>
          <w:lang w:val="de-DE"/>
        </w:rPr>
        <w:t xml:space="preserve">für die </w:t>
      </w:r>
      <w:r w:rsidR="009C251C" w:rsidRPr="00D65655">
        <w:rPr>
          <w:rFonts w:ascii="Segoe UI Emoji" w:hAnsi="Segoe UI Emoji" w:cs="Segoe UI Emoji"/>
          <w:color w:val="0088B8"/>
          <w:sz w:val="24"/>
          <w:lang w:val="de-DE"/>
        </w:rPr>
        <w:t>Aus- und Fortbildungsinitiative</w:t>
      </w:r>
      <w:r w:rsidR="007F5715" w:rsidRPr="00D65655">
        <w:rPr>
          <w:rFonts w:ascii="Segoe UI Emoji" w:hAnsi="Segoe UI Emoji" w:cs="Segoe UI Emoji"/>
          <w:color w:val="0088B8"/>
          <w:sz w:val="24"/>
          <w:lang w:val="de-DE"/>
        </w:rPr>
        <w:t xml:space="preserve"> SJ </w:t>
      </w:r>
      <w:r w:rsidR="00D65655" w:rsidRPr="00D65655">
        <w:rPr>
          <w:rFonts w:ascii="Segoe UI Emoji" w:hAnsi="Segoe UI Emoji" w:cs="Segoe UI Emoji"/>
          <w:color w:val="0088B8"/>
          <w:sz w:val="24"/>
          <w:lang w:val="de-DE"/>
        </w:rPr>
        <w:t>26/27</w:t>
      </w:r>
      <w:r w:rsidR="00D65655">
        <w:rPr>
          <w:rFonts w:ascii="Segoe UI Emoji" w:hAnsi="Segoe UI Emoji" w:cs="Segoe UI Emoji"/>
          <w:color w:val="0088B8"/>
          <w:sz w:val="24"/>
          <w:lang w:val="de-DE"/>
        </w:rPr>
        <w:t xml:space="preserve"> </w:t>
      </w:r>
      <w:r w:rsidR="00082AA0">
        <w:rPr>
          <w:rFonts w:ascii="Segoe UI Emoji" w:hAnsi="Segoe UI Emoji" w:cs="Segoe UI Emoji"/>
          <w:color w:val="0088B8"/>
          <w:sz w:val="24"/>
          <w:lang w:val="de-DE"/>
        </w:rPr>
        <w:t>April</w:t>
      </w:r>
      <w:r w:rsidR="00F409E4">
        <w:rPr>
          <w:rFonts w:ascii="Segoe UI Emoji" w:hAnsi="Segoe UI Emoji" w:cs="Segoe UI Emoji"/>
          <w:color w:val="0088B8"/>
          <w:sz w:val="24"/>
          <w:lang w:val="de-DE"/>
        </w:rPr>
        <w:t xml:space="preserve"> 2027</w:t>
      </w:r>
      <w:r w:rsidR="00D65655">
        <w:rPr>
          <w:rFonts w:ascii="Segoe UI Emoji" w:hAnsi="Segoe UI Emoji" w:cs="Segoe UI Emoji"/>
          <w:color w:val="0088B8"/>
          <w:sz w:val="24"/>
          <w:lang w:val="de-DE"/>
        </w:rPr>
        <w:t xml:space="preserve"> bis </w:t>
      </w:r>
      <w:r w:rsidR="00F409E4">
        <w:rPr>
          <w:rFonts w:ascii="Segoe UI Emoji" w:hAnsi="Segoe UI Emoji" w:cs="Segoe UI Emoji"/>
          <w:color w:val="0088B8"/>
          <w:sz w:val="24"/>
          <w:lang w:val="de-DE"/>
        </w:rPr>
        <w:t xml:space="preserve">Juli </w:t>
      </w:r>
      <w:r w:rsidR="00D65655">
        <w:rPr>
          <w:rFonts w:ascii="Segoe UI Emoji" w:hAnsi="Segoe UI Emoji" w:cs="Segoe UI Emoji"/>
          <w:color w:val="0088B8"/>
          <w:sz w:val="24"/>
          <w:lang w:val="de-DE"/>
        </w:rPr>
        <w:t>2027</w:t>
      </w:r>
    </w:p>
    <w:p w:rsidR="006271D4" w:rsidRPr="00D65655" w:rsidRDefault="00383D45" w:rsidP="00D65655">
      <w:pPr>
        <w:pStyle w:val="berschrift1"/>
        <w:spacing w:before="0"/>
        <w:jc w:val="center"/>
        <w:rPr>
          <w:rFonts w:ascii="Segoe UI Emoji" w:hAnsi="Segoe UI Emoji" w:cs="Segoe UI Emoji"/>
          <w:color w:val="0088B8"/>
          <w:sz w:val="24"/>
          <w:lang w:val="de-DE"/>
        </w:rPr>
      </w:pPr>
      <w:r w:rsidRPr="00D65655">
        <w:rPr>
          <w:rFonts w:ascii="Segoe UI Emoji" w:hAnsi="Segoe UI Emoji" w:cs="Segoe UI Emoji"/>
          <w:color w:val="0088B8"/>
          <w:sz w:val="24"/>
          <w:lang w:val="de-DE"/>
        </w:rPr>
        <w:t>unterstützt von Faber-Castell</w:t>
      </w:r>
      <w:r w:rsidR="00AD786C">
        <w:rPr>
          <w:rFonts w:ascii="Segoe UI Emoji" w:hAnsi="Segoe UI Emoji" w:cs="Segoe UI Emoji"/>
          <w:color w:val="0088B8"/>
          <w:sz w:val="24"/>
          <w:lang w:val="de-DE"/>
        </w:rPr>
        <w:t xml:space="preserve">, </w:t>
      </w:r>
      <w:r w:rsidRPr="00D65655">
        <w:rPr>
          <w:rFonts w:ascii="Segoe UI Emoji" w:hAnsi="Segoe UI Emoji" w:cs="Segoe UI Emoji"/>
          <w:color w:val="0088B8"/>
          <w:sz w:val="24"/>
          <w:lang w:val="de-DE"/>
        </w:rPr>
        <w:t xml:space="preserve">durchgeführt </w:t>
      </w:r>
      <w:r w:rsidR="009C251C" w:rsidRPr="00D65655">
        <w:rPr>
          <w:rFonts w:ascii="Segoe UI Emoji" w:hAnsi="Segoe UI Emoji" w:cs="Segoe UI Emoji"/>
          <w:color w:val="0088B8"/>
          <w:sz w:val="24"/>
          <w:lang w:val="de-DE"/>
        </w:rPr>
        <w:t>mit Stephanie Ingrid Müller</w:t>
      </w:r>
      <w:r w:rsidRPr="00D65655">
        <w:rPr>
          <w:rFonts w:ascii="Segoe UI Emoji" w:hAnsi="Segoe UI Emoji" w:cs="Segoe UI Emoji"/>
          <w:color w:val="0088B8"/>
          <w:sz w:val="24"/>
          <w:lang w:val="de-DE"/>
        </w:rPr>
        <w:t xml:space="preserve"> persönlich</w:t>
      </w:r>
    </w:p>
    <w:p w:rsidR="006F2A47" w:rsidRPr="006F2A47" w:rsidRDefault="006F2A47" w:rsidP="006F2A47">
      <w:pPr>
        <w:spacing w:after="0"/>
        <w:rPr>
          <w:lang w:val="de-DE"/>
        </w:rPr>
      </w:pPr>
    </w:p>
    <w:p w:rsidR="00DE70B1" w:rsidRPr="007F5E1E" w:rsidRDefault="009C251C" w:rsidP="006271D4">
      <w:pPr>
        <w:pStyle w:val="berschrift1"/>
        <w:spacing w:before="0"/>
        <w:rPr>
          <w:rFonts w:ascii="Segoe UI Emoji" w:hAnsi="Segoe UI Emoji" w:cs="Segoe UI Emoji"/>
          <w:color w:val="auto"/>
          <w:sz w:val="22"/>
          <w:lang w:val="de-DE"/>
        </w:rPr>
      </w:pPr>
      <w:r w:rsidRPr="007F5E1E">
        <w:rPr>
          <w:rFonts w:ascii="Segoe UI Emoji" w:hAnsi="Segoe UI Emoji" w:cs="Segoe UI Emoji"/>
          <w:color w:val="auto"/>
          <w:sz w:val="22"/>
        </w:rPr>
        <w:t>🏫</w:t>
      </w:r>
      <w:r w:rsidRPr="007F5E1E">
        <w:rPr>
          <w:rFonts w:ascii="Segoe UI Emoji" w:hAnsi="Segoe UI Emoji" w:cs="Segoe UI Emoji"/>
          <w:color w:val="auto"/>
          <w:sz w:val="22"/>
          <w:lang w:val="de-DE"/>
        </w:rPr>
        <w:t xml:space="preserve"> </w:t>
      </w:r>
      <w:r w:rsidR="00CD10E8" w:rsidRPr="007F5E1E">
        <w:rPr>
          <w:rFonts w:ascii="Segoe UI Emoji" w:hAnsi="Segoe UI Emoji" w:cs="Segoe UI Emoji"/>
          <w:color w:val="auto"/>
          <w:sz w:val="22"/>
          <w:lang w:val="de-DE"/>
        </w:rPr>
        <w:t xml:space="preserve">Ihre </w:t>
      </w:r>
      <w:r w:rsidRPr="007F5E1E">
        <w:rPr>
          <w:rFonts w:ascii="Segoe UI Emoji" w:hAnsi="Segoe UI Emoji" w:cs="Segoe UI Emoji"/>
          <w:color w:val="auto"/>
          <w:sz w:val="22"/>
          <w:lang w:val="de-DE"/>
        </w:rPr>
        <w:t>Schul-/</w:t>
      </w:r>
      <w:r w:rsidR="00675388" w:rsidRPr="007F5E1E">
        <w:rPr>
          <w:rFonts w:ascii="Segoe UI Emoji" w:hAnsi="Segoe UI Emoji" w:cs="Segoe UI Emoji"/>
          <w:color w:val="auto"/>
          <w:sz w:val="22"/>
          <w:lang w:val="de-DE"/>
        </w:rPr>
        <w:t>Einrichtungs</w:t>
      </w:r>
      <w:r w:rsidRPr="007F5E1E">
        <w:rPr>
          <w:rFonts w:ascii="Segoe UI Emoji" w:hAnsi="Segoe UI Emoji" w:cs="Segoe UI Emoji"/>
          <w:color w:val="auto"/>
          <w:sz w:val="22"/>
          <w:lang w:val="de-DE"/>
        </w:rPr>
        <w:t>daten</w:t>
      </w:r>
    </w:p>
    <w:p w:rsidR="00C037F1" w:rsidRPr="0025583C" w:rsidRDefault="00913185" w:rsidP="00913185">
      <w:pPr>
        <w:pStyle w:val="berschrift1"/>
        <w:spacing w:before="0"/>
        <w:rPr>
          <w:rFonts w:ascii="Segoe UI Emoji" w:hAnsi="Segoe UI Emoji" w:cs="Segoe UI Emoji"/>
          <w:color w:val="auto"/>
          <w:sz w:val="22"/>
          <w:lang w:val="de-DE"/>
        </w:rPr>
      </w:pPr>
      <w:r w:rsidRPr="0025583C">
        <w:rPr>
          <w:sz w:val="22"/>
          <w:lang w:val="de-DE"/>
        </w:rPr>
        <w:t xml:space="preserve">Ihre </w:t>
      </w:r>
      <w:r w:rsidR="00DE70B1" w:rsidRPr="0025583C">
        <w:rPr>
          <w:sz w:val="22"/>
          <w:lang w:val="de-DE"/>
        </w:rPr>
        <w:t>Schule / Einrichtung</w:t>
      </w:r>
      <w:r w:rsidR="00FC6F5D" w:rsidRPr="0025583C">
        <w:rPr>
          <w:sz w:val="22"/>
          <w:lang w:val="de-DE"/>
        </w:rPr>
        <w:t xml:space="preserve"> </w:t>
      </w:r>
      <w:r w:rsidR="00FC6F5D" w:rsidRPr="0025583C">
        <w:rPr>
          <w:b w:val="0"/>
          <w:sz w:val="22"/>
          <w:lang w:val="de-DE"/>
        </w:rPr>
        <w:t>- Pflichtfeld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780"/>
      </w:tblGrid>
      <w:tr w:rsidR="00675388" w:rsidRPr="00082AA0" w:rsidTr="003C4586">
        <w:trPr>
          <w:trHeight w:hRule="exact" w:val="680"/>
        </w:trPr>
        <w:sdt>
          <w:sdtPr>
            <w:rPr>
              <w:color w:val="000000" w:themeColor="text1"/>
              <w:sz w:val="20"/>
              <w:lang w:val="de-DE"/>
            </w:rPr>
            <w:id w:val="-949465495"/>
            <w:placeholder>
              <w:docPart w:val="4944CA55AA824E9A9697F76D10E6E7BE"/>
            </w:placeholder>
            <w:showingPlcHdr/>
          </w:sdtPr>
          <w:sdtContent>
            <w:tc>
              <w:tcPr>
                <w:tcW w:w="8780" w:type="dxa"/>
              </w:tcPr>
              <w:p w:rsidR="00675388" w:rsidRPr="0025583C" w:rsidRDefault="00C768CB">
                <w:pPr>
                  <w:rPr>
                    <w:color w:val="000000" w:themeColor="text1"/>
                    <w:sz w:val="20"/>
                    <w:lang w:val="de-DE"/>
                  </w:rPr>
                </w:pPr>
                <w:r w:rsidRPr="0025583C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3C4586" w:rsidRPr="0025583C" w:rsidRDefault="00DE70B1" w:rsidP="00F37FB4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Straße</w:t>
      </w:r>
      <w:r w:rsidR="00FC6F5D" w:rsidRPr="0025583C">
        <w:rPr>
          <w:sz w:val="22"/>
          <w:lang w:val="de-DE"/>
        </w:rPr>
        <w:t xml:space="preserve"> </w:t>
      </w:r>
      <w:r w:rsidR="00FC6F5D" w:rsidRPr="0025583C">
        <w:rPr>
          <w:b w:val="0"/>
          <w:sz w:val="22"/>
          <w:lang w:val="de-DE"/>
        </w:rPr>
        <w:t>- Pflichtfeld</w:t>
      </w:r>
    </w:p>
    <w:tbl>
      <w:tblPr>
        <w:tblStyle w:val="Tabellenraster"/>
        <w:tblpPr w:leftFromText="141" w:rightFromText="141" w:vertAnchor="text" w:horzAnchor="margin" w:tblpY="160"/>
        <w:tblW w:w="0" w:type="auto"/>
        <w:tblLook w:val="04A0" w:firstRow="1" w:lastRow="0" w:firstColumn="1" w:lastColumn="0" w:noHBand="0" w:noVBand="1"/>
      </w:tblPr>
      <w:tblGrid>
        <w:gridCol w:w="8780"/>
      </w:tblGrid>
      <w:tr w:rsidR="00C768CB" w:rsidRPr="00082AA0" w:rsidTr="00C768CB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743300947"/>
            <w:placeholder>
              <w:docPart w:val="18CDC4F7A51B428DB407D6D11F46C4BE"/>
            </w:placeholder>
            <w:showingPlcHdr/>
          </w:sdtPr>
          <w:sdtContent>
            <w:tc>
              <w:tcPr>
                <w:tcW w:w="8780" w:type="dxa"/>
              </w:tcPr>
              <w:p w:rsidR="00C768CB" w:rsidRPr="005E49A0" w:rsidRDefault="00C768CB" w:rsidP="00C768CB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383D45" w:rsidRDefault="00383D45" w:rsidP="00F37FB4">
      <w:pPr>
        <w:spacing w:after="0"/>
        <w:rPr>
          <w:lang w:val="de-DE"/>
        </w:rPr>
      </w:pPr>
    </w:p>
    <w:p w:rsidR="00383D45" w:rsidRPr="00FC537F" w:rsidRDefault="00383D45" w:rsidP="00FC537F">
      <w:pPr>
        <w:spacing w:after="0" w:line="240" w:lineRule="auto"/>
        <w:rPr>
          <w:color w:val="000000" w:themeColor="text1"/>
          <w:sz w:val="20"/>
          <w:lang w:val="de-DE"/>
        </w:rPr>
      </w:pPr>
    </w:p>
    <w:p w:rsidR="00FC537F" w:rsidRDefault="00FC537F" w:rsidP="0042190C">
      <w:pPr>
        <w:pStyle w:val="berschrift1"/>
        <w:spacing w:before="0" w:line="240" w:lineRule="auto"/>
        <w:rPr>
          <w:sz w:val="22"/>
          <w:lang w:val="de-DE"/>
        </w:rPr>
      </w:pPr>
    </w:p>
    <w:p w:rsidR="00C037F1" w:rsidRPr="0025583C" w:rsidRDefault="00DE70B1" w:rsidP="0042190C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Hausnummer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137"/>
        <w:tblW w:w="0" w:type="auto"/>
        <w:tblLook w:val="04A0" w:firstRow="1" w:lastRow="0" w:firstColumn="1" w:lastColumn="0" w:noHBand="0" w:noVBand="1"/>
      </w:tblPr>
      <w:tblGrid>
        <w:gridCol w:w="8780"/>
      </w:tblGrid>
      <w:tr w:rsidR="00755F34" w:rsidRPr="00082AA0" w:rsidTr="00755F34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-1203860711"/>
            <w:placeholder>
              <w:docPart w:val="C66E75A920AD4DB697CDE6D1846E9555"/>
            </w:placeholder>
            <w:showingPlcHdr/>
          </w:sdtPr>
          <w:sdtContent>
            <w:tc>
              <w:tcPr>
                <w:tcW w:w="8780" w:type="dxa"/>
              </w:tcPr>
              <w:p w:rsidR="00755F34" w:rsidRPr="005E49A0" w:rsidRDefault="00755F34" w:rsidP="00755F34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383D45" w:rsidRDefault="00383D45">
      <w:pPr>
        <w:rPr>
          <w:lang w:val="de-DE"/>
        </w:rPr>
      </w:pPr>
    </w:p>
    <w:p w:rsidR="00383D45" w:rsidRDefault="00383D45">
      <w:pPr>
        <w:rPr>
          <w:lang w:val="de-DE"/>
        </w:rPr>
      </w:pPr>
    </w:p>
    <w:p w:rsidR="00C037F1" w:rsidRPr="0025583C" w:rsidRDefault="00DE70B1" w:rsidP="0042190C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PLZ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170"/>
        <w:tblW w:w="0" w:type="auto"/>
        <w:tblLook w:val="04A0" w:firstRow="1" w:lastRow="0" w:firstColumn="1" w:lastColumn="0" w:noHBand="0" w:noVBand="1"/>
      </w:tblPr>
      <w:tblGrid>
        <w:gridCol w:w="8780"/>
      </w:tblGrid>
      <w:tr w:rsidR="00AC77CC" w:rsidRPr="00082AA0" w:rsidTr="00AC77CC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-1510057333"/>
            <w:placeholder>
              <w:docPart w:val="61823D55F96D41609B0288549A117DC5"/>
            </w:placeholder>
            <w:showingPlcHdr/>
          </w:sdtPr>
          <w:sdtContent>
            <w:tc>
              <w:tcPr>
                <w:tcW w:w="8780" w:type="dxa"/>
              </w:tcPr>
              <w:p w:rsidR="00AC77CC" w:rsidRPr="005E49A0" w:rsidRDefault="00AC77CC" w:rsidP="00AC77CC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383D45" w:rsidRDefault="00383D45">
      <w:pPr>
        <w:rPr>
          <w:lang w:val="de-DE"/>
        </w:rPr>
      </w:pPr>
    </w:p>
    <w:p w:rsidR="00383D45" w:rsidRDefault="00383D45">
      <w:pPr>
        <w:rPr>
          <w:lang w:val="de-DE"/>
        </w:rPr>
      </w:pPr>
    </w:p>
    <w:p w:rsidR="00C037F1" w:rsidRPr="0025583C" w:rsidRDefault="00DE70B1" w:rsidP="0042190C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Ort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183"/>
        <w:tblW w:w="0" w:type="auto"/>
        <w:tblLook w:val="04A0" w:firstRow="1" w:lastRow="0" w:firstColumn="1" w:lastColumn="0" w:noHBand="0" w:noVBand="1"/>
      </w:tblPr>
      <w:tblGrid>
        <w:gridCol w:w="8780"/>
      </w:tblGrid>
      <w:tr w:rsidR="00AC77CC" w:rsidRPr="00082AA0" w:rsidTr="00AC77CC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2004235296"/>
            <w:placeholder>
              <w:docPart w:val="1E0942B7729B44A09E12DA4CC277C97F"/>
            </w:placeholder>
            <w:showingPlcHdr/>
          </w:sdtPr>
          <w:sdtContent>
            <w:tc>
              <w:tcPr>
                <w:tcW w:w="8780" w:type="dxa"/>
              </w:tcPr>
              <w:p w:rsidR="00AC77CC" w:rsidRPr="005E49A0" w:rsidRDefault="00AC77CC" w:rsidP="00AC77CC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383D45" w:rsidRDefault="00383D45" w:rsidP="00383D45">
      <w:pPr>
        <w:spacing w:after="0"/>
        <w:rPr>
          <w:lang w:val="de-DE"/>
        </w:rPr>
      </w:pPr>
    </w:p>
    <w:p w:rsidR="00383D45" w:rsidRDefault="00383D45" w:rsidP="00383D45">
      <w:pPr>
        <w:spacing w:after="0"/>
        <w:rPr>
          <w:lang w:val="de-DE"/>
        </w:rPr>
      </w:pPr>
    </w:p>
    <w:p w:rsidR="00383D45" w:rsidRDefault="00383D45" w:rsidP="00383D45">
      <w:pPr>
        <w:spacing w:after="0"/>
        <w:rPr>
          <w:lang w:val="de-DE"/>
        </w:rPr>
      </w:pPr>
    </w:p>
    <w:p w:rsidR="00C037F1" w:rsidRPr="0025583C" w:rsidRDefault="00DE70B1" w:rsidP="0042190C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Bundesland / Kanton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8780"/>
      </w:tblGrid>
      <w:tr w:rsidR="00DE70B1" w:rsidRPr="00082AA0" w:rsidTr="00DE70B1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701206762"/>
            <w:placeholder>
              <w:docPart w:val="93EA47E9ACA045298E0F9C45BF65AB09"/>
            </w:placeholder>
            <w:showingPlcHdr/>
          </w:sdtPr>
          <w:sdtContent>
            <w:tc>
              <w:tcPr>
                <w:tcW w:w="8780" w:type="dxa"/>
              </w:tcPr>
              <w:p w:rsidR="00DE70B1" w:rsidRPr="005E49A0" w:rsidRDefault="00DE70B1" w:rsidP="00DE70B1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383D45" w:rsidRDefault="00383D45" w:rsidP="00E42EA8">
      <w:pPr>
        <w:spacing w:after="0"/>
        <w:rPr>
          <w:lang w:val="de-DE"/>
        </w:rPr>
      </w:pPr>
    </w:p>
    <w:p w:rsidR="00383D45" w:rsidRDefault="00383D45">
      <w:pPr>
        <w:rPr>
          <w:lang w:val="de-DE"/>
        </w:rPr>
      </w:pPr>
    </w:p>
    <w:p w:rsidR="00C037F1" w:rsidRPr="00724A47" w:rsidRDefault="00DE70B1" w:rsidP="0042190C">
      <w:pPr>
        <w:pStyle w:val="berschrift1"/>
        <w:spacing w:before="0" w:line="240" w:lineRule="auto"/>
        <w:rPr>
          <w:b w:val="0"/>
          <w:sz w:val="16"/>
          <w:lang w:val="de-DE"/>
        </w:rPr>
      </w:pPr>
      <w:r w:rsidRPr="0025583C">
        <w:rPr>
          <w:sz w:val="22"/>
          <w:lang w:val="de-DE"/>
        </w:rPr>
        <w:t>Land</w:t>
      </w:r>
      <w:r w:rsidR="00FC6F5D" w:rsidRPr="0025583C">
        <w:rPr>
          <w:sz w:val="22"/>
          <w:lang w:val="de-DE"/>
        </w:rPr>
        <w:t xml:space="preserve"> - Pflichtfeld</w:t>
      </w:r>
      <w:r w:rsidR="00724A47" w:rsidRPr="0025583C">
        <w:rPr>
          <w:sz w:val="22"/>
          <w:lang w:val="de-DE"/>
        </w:rPr>
        <w:br/>
      </w:r>
      <w:r w:rsidR="00724A47" w:rsidRPr="00724A47">
        <w:rPr>
          <w:b w:val="0"/>
          <w:sz w:val="16"/>
          <w:lang w:val="de-DE"/>
        </w:rPr>
        <w:t>Klicken Sie auf den Text „Wählen Sie ein Element aus.“, dann erscheint rechts ein kleiner Pfeil – klicken Sie das entsprechende Land an.</w:t>
      </w:r>
    </w:p>
    <w:sdt>
      <w:sdtPr>
        <w:rPr>
          <w:color w:val="000000" w:themeColor="text1"/>
          <w:lang w:val="de-DE"/>
        </w:rPr>
        <w:id w:val="20982635"/>
        <w:placeholder>
          <w:docPart w:val="096E40E93C23483493C669DD9C8E6D77"/>
        </w:placeholder>
        <w:showingPlcHdr/>
        <w:dropDownList>
          <w:listItem w:value="Wählen Sie ein Element aus."/>
          <w:listItem w:displayText="Deutschland" w:value="Deutschland"/>
          <w:listItem w:displayText="Österreich" w:value="Österreich"/>
          <w:listItem w:displayText="Schweiz" w:value="Schweiz"/>
          <w:listItem w:displayText="Belgien" w:value="Belgien"/>
        </w:dropDownList>
      </w:sdtPr>
      <w:sdtContent>
        <w:p w:rsidR="008D6736" w:rsidRPr="005E49A0" w:rsidRDefault="00724A47" w:rsidP="00F37FB4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0" w:color="auto"/>
            </w:pBdr>
            <w:spacing w:after="0"/>
            <w:ind w:right="1699"/>
            <w:rPr>
              <w:color w:val="000000" w:themeColor="text1"/>
              <w:lang w:val="de-DE"/>
            </w:rPr>
          </w:pPr>
          <w:r w:rsidRPr="00FC537F">
            <w:rPr>
              <w:rStyle w:val="Platzhaltertext"/>
              <w:color w:val="000000" w:themeColor="text1"/>
              <w:sz w:val="20"/>
              <w:lang w:val="de-DE"/>
            </w:rPr>
            <w:t>Wählen Sie ein Element aus.</w:t>
          </w:r>
        </w:p>
      </w:sdtContent>
    </w:sdt>
    <w:p w:rsidR="007F5E1E" w:rsidRDefault="007F5E1E" w:rsidP="0042190C">
      <w:pPr>
        <w:pStyle w:val="berschrift1"/>
        <w:spacing w:before="0" w:line="240" w:lineRule="auto"/>
        <w:rPr>
          <w:sz w:val="22"/>
          <w:lang w:val="de-DE"/>
        </w:rPr>
      </w:pPr>
    </w:p>
    <w:p w:rsidR="00C037F1" w:rsidRPr="0025583C" w:rsidRDefault="00DE70B1" w:rsidP="0042190C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Telefon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103"/>
        <w:tblW w:w="0" w:type="auto"/>
        <w:tblLook w:val="04A0" w:firstRow="1" w:lastRow="0" w:firstColumn="1" w:lastColumn="0" w:noHBand="0" w:noVBand="1"/>
      </w:tblPr>
      <w:tblGrid>
        <w:gridCol w:w="8780"/>
      </w:tblGrid>
      <w:tr w:rsidR="00AC77CC" w:rsidRPr="00082AA0" w:rsidTr="00AC77CC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-1076828683"/>
            <w:placeholder>
              <w:docPart w:val="97F8BC1D865540B68633C0515AE6D986"/>
            </w:placeholder>
            <w:showingPlcHdr/>
          </w:sdtPr>
          <w:sdtContent>
            <w:tc>
              <w:tcPr>
                <w:tcW w:w="8780" w:type="dxa"/>
              </w:tcPr>
              <w:p w:rsidR="00AC77CC" w:rsidRPr="005E49A0" w:rsidRDefault="00AC77CC" w:rsidP="00AC77CC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383D45" w:rsidRDefault="00383D45">
      <w:pPr>
        <w:rPr>
          <w:lang w:val="de-DE"/>
        </w:rPr>
      </w:pPr>
    </w:p>
    <w:p w:rsidR="00DE70B1" w:rsidRPr="00FC537F" w:rsidRDefault="00DE70B1">
      <w:pPr>
        <w:rPr>
          <w:sz w:val="18"/>
          <w:lang w:val="de-DE"/>
        </w:rPr>
      </w:pPr>
    </w:p>
    <w:p w:rsidR="00C037F1" w:rsidRPr="0025583C" w:rsidRDefault="00DE70B1" w:rsidP="0042190C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Ihre E-Mail-Adresse – bitte erreichbare E-Mail-Adresse angeben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4"/>
        <w:tblW w:w="0" w:type="auto"/>
        <w:tblLook w:val="04A0" w:firstRow="1" w:lastRow="0" w:firstColumn="1" w:lastColumn="0" w:noHBand="0" w:noVBand="1"/>
      </w:tblPr>
      <w:tblGrid>
        <w:gridCol w:w="8780"/>
      </w:tblGrid>
      <w:tr w:rsidR="00AC77CC" w:rsidRPr="00082AA0" w:rsidTr="00AC77CC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-454485771"/>
            <w:placeholder>
              <w:docPart w:val="A519913DC66D470EA308ED50B52CD09F"/>
            </w:placeholder>
            <w:showingPlcHdr/>
          </w:sdtPr>
          <w:sdtContent>
            <w:tc>
              <w:tcPr>
                <w:tcW w:w="8780" w:type="dxa"/>
              </w:tcPr>
              <w:p w:rsidR="00AC77CC" w:rsidRPr="005E49A0" w:rsidRDefault="00AC77CC" w:rsidP="00AC77CC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C037F1" w:rsidRPr="00D81A8D" w:rsidRDefault="009C251C" w:rsidP="00433C81">
      <w:pPr>
        <w:pStyle w:val="berschrift1"/>
        <w:spacing w:before="0"/>
        <w:rPr>
          <w:rFonts w:ascii="Segoe UI Emoji" w:hAnsi="Segoe UI Emoji" w:cs="Segoe UI Emoji"/>
          <w:color w:val="auto"/>
          <w:sz w:val="22"/>
          <w:lang w:val="de-DE"/>
        </w:rPr>
      </w:pPr>
      <w:r w:rsidRPr="00D81A8D">
        <w:rPr>
          <w:rFonts w:ascii="Segoe UI Emoji" w:hAnsi="Segoe UI Emoji" w:cs="Segoe UI Emoji"/>
          <w:color w:val="auto"/>
          <w:sz w:val="22"/>
        </w:rPr>
        <w:lastRenderedPageBreak/>
        <w:t>👤</w:t>
      </w:r>
      <w:r w:rsidRPr="00D81A8D">
        <w:rPr>
          <w:rFonts w:ascii="Segoe UI Emoji" w:hAnsi="Segoe UI Emoji" w:cs="Segoe UI Emoji"/>
          <w:color w:val="auto"/>
          <w:sz w:val="22"/>
          <w:lang w:val="de-DE"/>
        </w:rPr>
        <w:t xml:space="preserve"> </w:t>
      </w:r>
      <w:proofErr w:type="spellStart"/>
      <w:r w:rsidRPr="00D81A8D">
        <w:rPr>
          <w:rFonts w:ascii="Segoe UI Emoji" w:hAnsi="Segoe UI Emoji" w:cs="Segoe UI Emoji"/>
          <w:color w:val="auto"/>
          <w:sz w:val="22"/>
          <w:lang w:val="de-DE"/>
        </w:rPr>
        <w:t>Ansprechpartner</w:t>
      </w:r>
      <w:r w:rsidR="00755F34" w:rsidRPr="00D81A8D">
        <w:rPr>
          <w:rFonts w:ascii="Segoe UI Emoji" w:hAnsi="Segoe UI Emoji" w:cs="Segoe UI Emoji"/>
          <w:color w:val="auto"/>
          <w:sz w:val="22"/>
          <w:lang w:val="de-DE"/>
        </w:rPr>
        <w:t>:</w:t>
      </w:r>
      <w:r w:rsidRPr="00D81A8D">
        <w:rPr>
          <w:rFonts w:ascii="Segoe UI Emoji" w:hAnsi="Segoe UI Emoji" w:cs="Segoe UI Emoji"/>
          <w:color w:val="auto"/>
          <w:sz w:val="22"/>
          <w:lang w:val="de-DE"/>
        </w:rPr>
        <w:t>in</w:t>
      </w:r>
      <w:proofErr w:type="spellEnd"/>
      <w:r w:rsidR="004F795C" w:rsidRPr="00D81A8D">
        <w:rPr>
          <w:rFonts w:ascii="Segoe UI Emoji" w:hAnsi="Segoe UI Emoji" w:cs="Segoe UI Emoji"/>
          <w:color w:val="auto"/>
          <w:sz w:val="22"/>
          <w:lang w:val="de-DE"/>
        </w:rPr>
        <w:t xml:space="preserve"> für die Fortbildung / den Ausbildungstag</w:t>
      </w:r>
    </w:p>
    <w:p w:rsidR="00C037F1" w:rsidRPr="0025583C" w:rsidRDefault="009C251C" w:rsidP="0042190C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Vorname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160"/>
        <w:tblW w:w="0" w:type="auto"/>
        <w:tblLook w:val="04A0" w:firstRow="1" w:lastRow="0" w:firstColumn="1" w:lastColumn="0" w:noHBand="0" w:noVBand="1"/>
      </w:tblPr>
      <w:tblGrid>
        <w:gridCol w:w="8780"/>
      </w:tblGrid>
      <w:tr w:rsidR="00DE5B6A" w:rsidRPr="00082AA0" w:rsidTr="00DE5B6A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1023058584"/>
            <w:placeholder>
              <w:docPart w:val="C4054E1CB10941578A0498FAC4B0AA00"/>
            </w:placeholder>
            <w:showingPlcHdr/>
          </w:sdtPr>
          <w:sdtContent>
            <w:tc>
              <w:tcPr>
                <w:tcW w:w="8780" w:type="dxa"/>
              </w:tcPr>
              <w:p w:rsidR="00DE5B6A" w:rsidRPr="005E49A0" w:rsidRDefault="00DE5B6A" w:rsidP="00DE5B6A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C037F1" w:rsidRPr="009206E3" w:rsidRDefault="00C037F1">
      <w:pPr>
        <w:rPr>
          <w:lang w:val="de-DE"/>
        </w:rPr>
      </w:pPr>
    </w:p>
    <w:p w:rsidR="00035C9E" w:rsidRPr="00035C9E" w:rsidRDefault="00035C9E" w:rsidP="0042190C">
      <w:pPr>
        <w:pStyle w:val="berschrift1"/>
        <w:spacing w:before="0" w:line="240" w:lineRule="auto"/>
        <w:rPr>
          <w:sz w:val="4"/>
          <w:szCs w:val="4"/>
          <w:lang w:val="de-DE"/>
        </w:rPr>
      </w:pPr>
    </w:p>
    <w:p w:rsidR="0025583C" w:rsidRDefault="0025583C" w:rsidP="0025583C">
      <w:pPr>
        <w:pStyle w:val="berschrift1"/>
        <w:spacing w:before="0" w:line="240" w:lineRule="auto"/>
        <w:rPr>
          <w:sz w:val="22"/>
          <w:lang w:val="de-DE"/>
        </w:rPr>
      </w:pPr>
    </w:p>
    <w:p w:rsidR="00C037F1" w:rsidRPr="0025583C" w:rsidRDefault="009C251C" w:rsidP="0042190C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Nachname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167"/>
        <w:tblW w:w="0" w:type="auto"/>
        <w:tblLook w:val="04A0" w:firstRow="1" w:lastRow="0" w:firstColumn="1" w:lastColumn="0" w:noHBand="0" w:noVBand="1"/>
      </w:tblPr>
      <w:tblGrid>
        <w:gridCol w:w="8780"/>
      </w:tblGrid>
      <w:tr w:rsidR="00DE5B6A" w:rsidRPr="00082AA0" w:rsidTr="00DE5B6A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-1793586149"/>
            <w:placeholder>
              <w:docPart w:val="DDC4C11895454467A1432ED7FAECEBCA"/>
            </w:placeholder>
            <w:showingPlcHdr/>
          </w:sdtPr>
          <w:sdtContent>
            <w:tc>
              <w:tcPr>
                <w:tcW w:w="8780" w:type="dxa"/>
              </w:tcPr>
              <w:p w:rsidR="00DE5B6A" w:rsidRPr="005E49A0" w:rsidRDefault="00DE5B6A" w:rsidP="00DE5B6A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DE5B6A" w:rsidRPr="00035C9E" w:rsidRDefault="00DE5B6A" w:rsidP="00913185">
      <w:pPr>
        <w:pStyle w:val="berschrift1"/>
        <w:spacing w:before="0"/>
        <w:rPr>
          <w:sz w:val="4"/>
          <w:szCs w:val="4"/>
          <w:lang w:val="de-DE"/>
        </w:rPr>
      </w:pPr>
    </w:p>
    <w:p w:rsidR="00035C9E" w:rsidRPr="0025583C" w:rsidRDefault="00035C9E" w:rsidP="0025583C">
      <w:pPr>
        <w:pStyle w:val="berschrift1"/>
        <w:spacing w:before="0" w:line="240" w:lineRule="auto"/>
        <w:rPr>
          <w:sz w:val="20"/>
          <w:szCs w:val="20"/>
          <w:lang w:val="de-DE"/>
        </w:rPr>
      </w:pPr>
    </w:p>
    <w:p w:rsidR="0025583C" w:rsidRPr="0025583C" w:rsidRDefault="0025583C" w:rsidP="0025583C">
      <w:pPr>
        <w:pStyle w:val="berschrift1"/>
        <w:spacing w:before="0" w:line="240" w:lineRule="auto"/>
        <w:rPr>
          <w:sz w:val="20"/>
          <w:szCs w:val="20"/>
          <w:lang w:val="de-DE"/>
        </w:rPr>
      </w:pPr>
    </w:p>
    <w:p w:rsidR="00C037F1" w:rsidRPr="0025583C" w:rsidRDefault="009C251C" w:rsidP="0025583C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Funktion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8780"/>
      </w:tblGrid>
      <w:tr w:rsidR="00DE5B6A" w:rsidRPr="00082AA0" w:rsidTr="00DE5B6A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1926454886"/>
            <w:placeholder>
              <w:docPart w:val="C7454A9EC2574796962A91E35A74E93A"/>
            </w:placeholder>
            <w:showingPlcHdr/>
          </w:sdtPr>
          <w:sdtContent>
            <w:tc>
              <w:tcPr>
                <w:tcW w:w="8780" w:type="dxa"/>
              </w:tcPr>
              <w:p w:rsidR="00DE5B6A" w:rsidRPr="005E49A0" w:rsidRDefault="00DE5B6A" w:rsidP="00DE5B6A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FC537F" w:rsidRDefault="00FC537F" w:rsidP="00877130">
      <w:pPr>
        <w:pStyle w:val="berschrift1"/>
        <w:spacing w:before="0" w:line="240" w:lineRule="auto"/>
        <w:rPr>
          <w:sz w:val="22"/>
          <w:lang w:val="de-DE"/>
        </w:rPr>
      </w:pPr>
    </w:p>
    <w:p w:rsidR="00C037F1" w:rsidRPr="0025583C" w:rsidRDefault="00035C9E" w:rsidP="00877130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E</w:t>
      </w:r>
      <w:r w:rsidR="009C251C" w:rsidRPr="0025583C">
        <w:rPr>
          <w:sz w:val="22"/>
          <w:lang w:val="de-DE"/>
        </w:rPr>
        <w:t>rreichbarkeit (z. B. Uhrzeit oder Wochentage)</w:t>
      </w:r>
      <w:r w:rsidR="00FC6F5D" w:rsidRPr="0025583C">
        <w:rPr>
          <w:sz w:val="22"/>
          <w:lang w:val="de-DE"/>
        </w:rPr>
        <w:t xml:space="preserve"> - Pflichtfeld</w:t>
      </w:r>
    </w:p>
    <w:tbl>
      <w:tblPr>
        <w:tblStyle w:val="Tabellenraster"/>
        <w:tblpPr w:leftFromText="141" w:rightFromText="141" w:vertAnchor="text" w:horzAnchor="margin" w:tblpY="220"/>
        <w:tblW w:w="0" w:type="auto"/>
        <w:tblLook w:val="04A0" w:firstRow="1" w:lastRow="0" w:firstColumn="1" w:lastColumn="0" w:noHBand="0" w:noVBand="1"/>
      </w:tblPr>
      <w:tblGrid>
        <w:gridCol w:w="8780"/>
      </w:tblGrid>
      <w:tr w:rsidR="00DE5B6A" w:rsidRPr="00082AA0" w:rsidTr="00DE5B6A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-189066144"/>
            <w:placeholder>
              <w:docPart w:val="3B30F3CF4C3248FFBCFBD24B4DE5D252"/>
            </w:placeholder>
            <w:showingPlcHdr/>
          </w:sdtPr>
          <w:sdtContent>
            <w:tc>
              <w:tcPr>
                <w:tcW w:w="8780" w:type="dxa"/>
              </w:tcPr>
              <w:p w:rsidR="00DE5B6A" w:rsidRPr="005E49A0" w:rsidRDefault="00DE5B6A" w:rsidP="00DE5B6A">
                <w:pPr>
                  <w:rPr>
                    <w:color w:val="000000" w:themeColor="text1"/>
                    <w:lang w:val="de-DE"/>
                  </w:rPr>
                </w:pPr>
                <w:r w:rsidRPr="00FC537F">
                  <w:rPr>
                    <w:rStyle w:val="Platzhaltertext"/>
                    <w:color w:val="000000" w:themeColor="text1"/>
                    <w:sz w:val="20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7F5E1E" w:rsidRPr="00082AA0" w:rsidRDefault="007F5E1E" w:rsidP="00A659D8">
      <w:pPr>
        <w:pStyle w:val="berschrift1"/>
        <w:spacing w:before="0"/>
        <w:rPr>
          <w:rFonts w:ascii="Segoe UI Emoji" w:hAnsi="Segoe UI Emoji" w:cs="Segoe UI Emoji"/>
          <w:color w:val="auto"/>
          <w:sz w:val="22"/>
          <w:lang w:val="de-DE"/>
        </w:rPr>
      </w:pPr>
    </w:p>
    <w:p w:rsidR="00C037F1" w:rsidRPr="00D81A8D" w:rsidRDefault="009C251C" w:rsidP="00A659D8">
      <w:pPr>
        <w:pStyle w:val="berschrift1"/>
        <w:spacing w:before="0"/>
        <w:rPr>
          <w:rFonts w:ascii="Segoe UI Emoji" w:hAnsi="Segoe UI Emoji" w:cs="Segoe UI Emoji"/>
          <w:color w:val="auto"/>
          <w:sz w:val="22"/>
          <w:lang w:val="de-DE"/>
        </w:rPr>
      </w:pPr>
      <w:r w:rsidRPr="00D81A8D">
        <w:rPr>
          <w:rFonts w:ascii="Segoe UI Emoji" w:hAnsi="Segoe UI Emoji" w:cs="Segoe UI Emoji"/>
          <w:color w:val="auto"/>
          <w:sz w:val="22"/>
        </w:rPr>
        <w:t>👥</w:t>
      </w:r>
      <w:r w:rsidRPr="00D81A8D">
        <w:rPr>
          <w:rFonts w:ascii="Segoe UI Emoji" w:hAnsi="Segoe UI Emoji" w:cs="Segoe UI Emoji"/>
          <w:color w:val="auto"/>
          <w:sz w:val="22"/>
          <w:lang w:val="de-DE"/>
        </w:rPr>
        <w:t xml:space="preserve"> </w:t>
      </w:r>
      <w:r w:rsidR="008B4019" w:rsidRPr="00D81A8D">
        <w:rPr>
          <w:rFonts w:ascii="Segoe UI Emoji" w:hAnsi="Segoe UI Emoji" w:cs="Segoe UI Emoji"/>
          <w:color w:val="auto"/>
          <w:sz w:val="22"/>
          <w:lang w:val="de-DE"/>
        </w:rPr>
        <w:t xml:space="preserve">Verbindliche </w:t>
      </w:r>
      <w:r w:rsidRPr="00D81A8D">
        <w:rPr>
          <w:rFonts w:ascii="Segoe UI Emoji" w:hAnsi="Segoe UI Emoji" w:cs="Segoe UI Emoji"/>
          <w:color w:val="auto"/>
          <w:sz w:val="22"/>
          <w:lang w:val="de-DE"/>
        </w:rPr>
        <w:t>Teilnehmerzahl</w:t>
      </w:r>
    </w:p>
    <w:p w:rsidR="007365D3" w:rsidRPr="0025583C" w:rsidRDefault="009C251C" w:rsidP="00877130">
      <w:pPr>
        <w:pStyle w:val="berschrift1"/>
        <w:spacing w:before="0" w:line="240" w:lineRule="auto"/>
        <w:rPr>
          <w:sz w:val="22"/>
          <w:lang w:val="de-DE"/>
        </w:rPr>
      </w:pPr>
      <w:r w:rsidRPr="0025583C">
        <w:rPr>
          <w:sz w:val="22"/>
          <w:lang w:val="de-DE"/>
        </w:rPr>
        <w:t>Geplante Teilnehmerzahl</w:t>
      </w:r>
      <w:r w:rsidR="00FC6F5D" w:rsidRPr="0025583C">
        <w:rPr>
          <w:sz w:val="22"/>
          <w:lang w:val="de-DE"/>
        </w:rPr>
        <w:t xml:space="preserve"> - Pflichtfeld</w:t>
      </w:r>
    </w:p>
    <w:p w:rsidR="00C037F1" w:rsidRPr="006A7E7E" w:rsidRDefault="007365D3" w:rsidP="00913185">
      <w:pPr>
        <w:pStyle w:val="berschrift1"/>
        <w:spacing w:before="0"/>
        <w:rPr>
          <w:b w:val="0"/>
          <w:sz w:val="16"/>
          <w:lang w:val="de-DE"/>
        </w:rPr>
      </w:pPr>
      <w:r w:rsidRPr="006A7E7E">
        <w:rPr>
          <w:b w:val="0"/>
          <w:sz w:val="16"/>
          <w:lang w:val="de-DE"/>
        </w:rPr>
        <w:t xml:space="preserve">Aktuell </w:t>
      </w:r>
      <w:r w:rsidR="009C251C" w:rsidRPr="006A7E7E">
        <w:rPr>
          <w:b w:val="0"/>
          <w:sz w:val="16"/>
          <w:lang w:val="de-DE"/>
        </w:rPr>
        <w:t>bitte ca.-Angabe</w:t>
      </w:r>
      <w:r w:rsidRPr="006A7E7E">
        <w:rPr>
          <w:b w:val="0"/>
          <w:sz w:val="16"/>
          <w:lang w:val="de-DE"/>
        </w:rPr>
        <w:t xml:space="preserve"> – bitte beachten Sie: für die Kostenfreiheit der Lehrerfortbildung müssen am Tag der Lehrerfortbildung mindestens 15 – höchstens 25 Lehrkräfte teilnehmen. Andernfalls werden </w:t>
      </w:r>
      <w:proofErr w:type="gramStart"/>
      <w:r w:rsidRPr="006A7E7E">
        <w:rPr>
          <w:b w:val="0"/>
          <w:sz w:val="16"/>
          <w:lang w:val="de-DE"/>
        </w:rPr>
        <w:t xml:space="preserve">pro fehlender </w:t>
      </w:r>
      <w:r w:rsidR="006A7E7E" w:rsidRPr="006A7E7E">
        <w:rPr>
          <w:b w:val="0"/>
          <w:sz w:val="16"/>
          <w:lang w:val="de-DE"/>
        </w:rPr>
        <w:t>Lehrkraft</w:t>
      </w:r>
      <w:proofErr w:type="gramEnd"/>
      <w:r w:rsidR="006A7E7E" w:rsidRPr="006A7E7E">
        <w:rPr>
          <w:b w:val="0"/>
          <w:sz w:val="16"/>
          <w:lang w:val="de-DE"/>
        </w:rPr>
        <w:t xml:space="preserve"> am Tag der Fortbildung 40,00 € in Rechnung gestellt.</w:t>
      </w:r>
    </w:p>
    <w:p w:rsidR="00D41414" w:rsidRPr="00035C9E" w:rsidRDefault="001952D4" w:rsidP="00D41414">
      <w:pPr>
        <w:pStyle w:val="berschrift1"/>
        <w:spacing w:before="0" w:line="240" w:lineRule="auto"/>
        <w:rPr>
          <w:rFonts w:ascii="Segoe UI Emoji" w:hAnsi="Segoe UI Emoji" w:cs="Segoe UI Emoji"/>
          <w:color w:val="auto"/>
          <w:sz w:val="12"/>
          <w:szCs w:val="12"/>
          <w:lang w:val="de-DE"/>
        </w:rPr>
      </w:pPr>
      <w:sdt>
        <w:sdtPr>
          <w:rPr>
            <w:highlight w:val="yellow"/>
            <w:lang w:val="de-DE"/>
          </w:rPr>
          <w:id w:val="1748218633"/>
          <w:placeholder>
            <w:docPart w:val="0B917CE1D00746F5B85C4410A2D8E01A"/>
          </w:placeholder>
          <w:showingPlcHdr/>
          <w:dropDownList>
            <w:listItem w:value="Wählen Sie ein Element aus.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</w:dropDownList>
        </w:sdtPr>
        <w:sdtContent>
          <w:r w:rsidR="00EF1212" w:rsidRPr="005E49A0">
            <w:rPr>
              <w:rStyle w:val="Platzhaltertext"/>
              <w:rFonts w:asciiTheme="minorHAnsi" w:hAnsiTheme="minorHAnsi"/>
              <w:b w:val="0"/>
              <w:color w:val="000000" w:themeColor="text1"/>
              <w:sz w:val="22"/>
              <w:lang w:val="de-DE"/>
            </w:rPr>
            <w:t>Wählen</w:t>
          </w:r>
          <w:r w:rsidR="00EF1212" w:rsidRPr="005E49A0">
            <w:rPr>
              <w:rStyle w:val="Platzhaltertext"/>
              <w:b w:val="0"/>
              <w:color w:val="000000" w:themeColor="text1"/>
              <w:lang w:val="de-DE"/>
            </w:rPr>
            <w:t xml:space="preserve"> </w:t>
          </w:r>
          <w:r w:rsidR="00EF1212" w:rsidRPr="005E49A0">
            <w:rPr>
              <w:rStyle w:val="Platzhaltertext"/>
              <w:rFonts w:asciiTheme="minorHAnsi" w:hAnsiTheme="minorHAnsi"/>
              <w:b w:val="0"/>
              <w:color w:val="000000" w:themeColor="text1"/>
              <w:sz w:val="22"/>
              <w:lang w:val="de-DE"/>
            </w:rPr>
            <w:t>Sie ein Element aus</w:t>
          </w:r>
          <w:r w:rsidR="00EF1212" w:rsidRPr="005E49A0">
            <w:rPr>
              <w:rStyle w:val="Platzhaltertext"/>
              <w:b w:val="0"/>
              <w:color w:val="000000" w:themeColor="text1"/>
              <w:lang w:val="de-DE"/>
            </w:rPr>
            <w:t>.</w:t>
          </w:r>
        </w:sdtContent>
      </w:sdt>
      <w:r w:rsidR="009C251C" w:rsidRPr="009206E3">
        <w:rPr>
          <w:lang w:val="de-DE"/>
        </w:rPr>
        <w:br/>
      </w:r>
    </w:p>
    <w:p w:rsidR="00102A8A" w:rsidRPr="007F5E1E" w:rsidRDefault="009C251C" w:rsidP="0025583C">
      <w:pPr>
        <w:pStyle w:val="berschrift1"/>
        <w:spacing w:before="0"/>
        <w:rPr>
          <w:rFonts w:ascii="Segoe UI Emoji" w:hAnsi="Segoe UI Emoji" w:cs="Segoe UI Emoji"/>
          <w:color w:val="auto"/>
          <w:sz w:val="22"/>
          <w:lang w:val="de-DE"/>
        </w:rPr>
      </w:pPr>
      <w:r w:rsidRPr="007F5E1E">
        <w:rPr>
          <w:rFonts w:ascii="Segoe UI Emoji" w:hAnsi="Segoe UI Emoji" w:cs="Segoe UI Emoji"/>
          <w:color w:val="auto"/>
          <w:sz w:val="22"/>
        </w:rPr>
        <w:t>📚</w:t>
      </w:r>
      <w:r w:rsidRPr="007F5E1E">
        <w:rPr>
          <w:rFonts w:ascii="Segoe UI Emoji" w:hAnsi="Segoe UI Emoji" w:cs="Segoe UI Emoji"/>
          <w:color w:val="auto"/>
          <w:sz w:val="22"/>
          <w:lang w:val="de-DE"/>
        </w:rPr>
        <w:t xml:space="preserve"> </w:t>
      </w:r>
      <w:r w:rsidR="008B4019" w:rsidRPr="007F5E1E">
        <w:rPr>
          <w:rFonts w:ascii="Segoe UI Emoji" w:hAnsi="Segoe UI Emoji" w:cs="Segoe UI Emoji"/>
          <w:color w:val="auto"/>
          <w:sz w:val="22"/>
          <w:lang w:val="de-DE"/>
        </w:rPr>
        <w:t>Ihr gewünschtes Fortbildungsthema mit Stephanie Ingrid Müller</w:t>
      </w:r>
      <w:r w:rsidR="0025583C" w:rsidRPr="007F5E1E">
        <w:rPr>
          <w:rFonts w:ascii="Segoe UI Emoji" w:hAnsi="Segoe UI Emoji" w:cs="Segoe UI Emoji"/>
          <w:color w:val="auto"/>
          <w:sz w:val="22"/>
          <w:lang w:val="de-DE"/>
        </w:rPr>
        <w:t xml:space="preserve"> </w:t>
      </w:r>
      <w:r w:rsidR="00102A8A" w:rsidRPr="007F5E1E">
        <w:rPr>
          <w:rFonts w:ascii="Segoe UI Emoji" w:hAnsi="Segoe UI Emoji" w:cs="Segoe UI Emoji"/>
          <w:color w:val="auto"/>
          <w:sz w:val="22"/>
          <w:lang w:val="de-DE"/>
        </w:rPr>
        <w:t>- Pflichtfeld</w:t>
      </w:r>
    </w:p>
    <w:p w:rsidR="00C037F1" w:rsidRDefault="0074602F" w:rsidP="00D41414">
      <w:pPr>
        <w:pStyle w:val="berschrift1"/>
        <w:spacing w:before="0" w:line="240" w:lineRule="auto"/>
        <w:rPr>
          <w:b w:val="0"/>
          <w:sz w:val="16"/>
          <w:lang w:val="de-DE"/>
        </w:rPr>
      </w:pPr>
      <w:r>
        <w:rPr>
          <w:b w:val="0"/>
          <w:sz w:val="16"/>
          <w:lang w:val="de-DE"/>
        </w:rPr>
        <w:t>Klicken Sie Ihr gewünschtes Fortbildung</w:t>
      </w:r>
      <w:r w:rsidR="00035C9E">
        <w:rPr>
          <w:b w:val="0"/>
          <w:sz w:val="16"/>
          <w:lang w:val="de-DE"/>
        </w:rPr>
        <w:t>s</w:t>
      </w:r>
      <w:r>
        <w:rPr>
          <w:b w:val="0"/>
          <w:sz w:val="16"/>
          <w:lang w:val="de-DE"/>
        </w:rPr>
        <w:t xml:space="preserve">thema an. </w:t>
      </w:r>
      <w:r w:rsidR="00BE1248">
        <w:rPr>
          <w:b w:val="0"/>
          <w:sz w:val="16"/>
          <w:lang w:val="de-DE"/>
        </w:rPr>
        <w:t>Klicken Sie</w:t>
      </w:r>
      <w:r>
        <w:rPr>
          <w:b w:val="0"/>
          <w:sz w:val="16"/>
          <w:lang w:val="de-DE"/>
        </w:rPr>
        <w:t xml:space="preserve"> beide Themen </w:t>
      </w:r>
      <w:r w:rsidR="00BE1248">
        <w:rPr>
          <w:b w:val="0"/>
          <w:sz w:val="16"/>
          <w:lang w:val="de-DE"/>
        </w:rPr>
        <w:t>an</w:t>
      </w:r>
      <w:r>
        <w:rPr>
          <w:b w:val="0"/>
          <w:sz w:val="16"/>
          <w:lang w:val="de-DE"/>
        </w:rPr>
        <w:t xml:space="preserve">, wird </w:t>
      </w:r>
      <w:r w:rsidR="0035064A">
        <w:rPr>
          <w:b w:val="0"/>
          <w:sz w:val="16"/>
          <w:lang w:val="de-DE"/>
        </w:rPr>
        <w:t>im Koordinierungs</w:t>
      </w:r>
      <w:r w:rsidR="00BE1248">
        <w:rPr>
          <w:b w:val="0"/>
          <w:sz w:val="16"/>
          <w:lang w:val="de-DE"/>
        </w:rPr>
        <w:t>verfahren</w:t>
      </w:r>
      <w:r>
        <w:rPr>
          <w:b w:val="0"/>
          <w:sz w:val="16"/>
          <w:lang w:val="de-DE"/>
        </w:rPr>
        <w:t xml:space="preserve"> </w:t>
      </w:r>
      <w:r w:rsidR="0054386B">
        <w:rPr>
          <w:b w:val="0"/>
          <w:sz w:val="16"/>
          <w:lang w:val="de-DE"/>
        </w:rPr>
        <w:t>ein</w:t>
      </w:r>
      <w:r>
        <w:rPr>
          <w:b w:val="0"/>
          <w:sz w:val="16"/>
          <w:lang w:val="de-DE"/>
        </w:rPr>
        <w:t xml:space="preserve"> Thema </w:t>
      </w:r>
      <w:r w:rsidR="008562D9">
        <w:rPr>
          <w:b w:val="0"/>
          <w:sz w:val="16"/>
          <w:lang w:val="de-DE"/>
        </w:rPr>
        <w:t>zugeord</w:t>
      </w:r>
      <w:r w:rsidR="0054386B">
        <w:rPr>
          <w:b w:val="0"/>
          <w:sz w:val="16"/>
          <w:lang w:val="de-DE"/>
        </w:rPr>
        <w:t>ne</w:t>
      </w:r>
      <w:r w:rsidR="0035064A">
        <w:rPr>
          <w:b w:val="0"/>
          <w:sz w:val="16"/>
          <w:lang w:val="de-DE"/>
        </w:rPr>
        <w:t>t</w:t>
      </w:r>
      <w:r w:rsidR="008562D9">
        <w:rPr>
          <w:b w:val="0"/>
          <w:sz w:val="16"/>
          <w:lang w:val="de-DE"/>
        </w:rPr>
        <w:t>.</w:t>
      </w:r>
    </w:p>
    <w:p w:rsidR="008562D9" w:rsidRPr="008562D9" w:rsidRDefault="008562D9" w:rsidP="008562D9">
      <w:pPr>
        <w:spacing w:after="0"/>
        <w:rPr>
          <w:rFonts w:asciiTheme="majorHAnsi" w:eastAsiaTheme="majorEastAsia" w:hAnsiTheme="majorHAnsi" w:cstheme="majorBidi"/>
          <w:bCs/>
          <w:color w:val="365F91" w:themeColor="accent1" w:themeShade="BF"/>
          <w:sz w:val="10"/>
          <w:szCs w:val="28"/>
          <w:lang w:val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938"/>
      </w:tblGrid>
      <w:tr w:rsidR="0074602F" w:rsidRPr="00082AA0" w:rsidTr="006F1525">
        <w:tc>
          <w:tcPr>
            <w:tcW w:w="817" w:type="dxa"/>
          </w:tcPr>
          <w:sdt>
            <w:sdtPr>
              <w:rPr>
                <w:lang w:val="de-DE"/>
              </w:rPr>
              <w:id w:val="-21207507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4602F" w:rsidRPr="008B4019" w:rsidRDefault="00EF1212" w:rsidP="00877130">
                <w:pPr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sdtContent>
          </w:sdt>
          <w:p w:rsidR="0074602F" w:rsidRDefault="0074602F" w:rsidP="00877130">
            <w:pPr>
              <w:rPr>
                <w:lang w:val="de-DE"/>
              </w:rPr>
            </w:pPr>
          </w:p>
        </w:tc>
        <w:tc>
          <w:tcPr>
            <w:tcW w:w="7938" w:type="dxa"/>
          </w:tcPr>
          <w:p w:rsidR="0074602F" w:rsidRPr="00F37FB4" w:rsidRDefault="0074602F" w:rsidP="00F37FB4">
            <w:pPr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Cs w:val="28"/>
                <w:lang w:val="de-DE"/>
              </w:rPr>
            </w:pPr>
            <w:r w:rsidRPr="0074602F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  <w:lang w:val="de-DE"/>
              </w:rPr>
              <w:t>Entwicklung der Schreibfertigkeit</w:t>
            </w:r>
            <w:r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  <w:lang w:val="de-DE"/>
              </w:rPr>
              <w:br/>
            </w:r>
            <w:r w:rsidRPr="0074602F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  <w:lang w:val="de-DE"/>
              </w:rPr>
              <w:t>Wie Schreiben mit der Hand (wieder) gelingt</w:t>
            </w:r>
          </w:p>
          <w:p w:rsidR="00F37FB4" w:rsidRPr="00F37FB4" w:rsidRDefault="00F37FB4" w:rsidP="00F37FB4">
            <w:pPr>
              <w:rPr>
                <w:sz w:val="10"/>
                <w:lang w:val="de-DE"/>
              </w:rPr>
            </w:pPr>
          </w:p>
        </w:tc>
      </w:tr>
      <w:tr w:rsidR="0074602F" w:rsidRPr="00082AA0" w:rsidTr="006F1525">
        <w:tc>
          <w:tcPr>
            <w:tcW w:w="817" w:type="dxa"/>
          </w:tcPr>
          <w:sdt>
            <w:sdtPr>
              <w:rPr>
                <w:lang w:val="de-DE"/>
              </w:rPr>
              <w:id w:val="16679761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74602F" w:rsidRPr="008B4019" w:rsidRDefault="00EF1212" w:rsidP="00A468F5">
                <w:pPr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sdtContent>
          </w:sdt>
          <w:p w:rsidR="0074602F" w:rsidRDefault="0074602F" w:rsidP="00A468F5">
            <w:pPr>
              <w:rPr>
                <w:lang w:val="de-DE"/>
              </w:rPr>
            </w:pPr>
          </w:p>
        </w:tc>
        <w:tc>
          <w:tcPr>
            <w:tcW w:w="7938" w:type="dxa"/>
          </w:tcPr>
          <w:p w:rsidR="0074602F" w:rsidRPr="0074602F" w:rsidRDefault="0074602F" w:rsidP="00A468F5">
            <w:pPr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  <w:lang w:val="de-DE"/>
              </w:rPr>
            </w:pPr>
            <w:r w:rsidRPr="0074602F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  <w:lang w:val="de-DE"/>
              </w:rPr>
              <w:t>Die wahre Aufgabe des Kunstunterrichts in der Primarstufe</w:t>
            </w:r>
          </w:p>
        </w:tc>
      </w:tr>
    </w:tbl>
    <w:p w:rsidR="00035C9E" w:rsidRPr="007F5715" w:rsidRDefault="00035C9E" w:rsidP="008061B2">
      <w:pPr>
        <w:pStyle w:val="berschrift1"/>
        <w:spacing w:before="0" w:line="240" w:lineRule="auto"/>
        <w:rPr>
          <w:rFonts w:ascii="Segoe UI Emoji" w:hAnsi="Segoe UI Emoji" w:cs="Segoe UI Emoji"/>
          <w:color w:val="auto"/>
          <w:sz w:val="12"/>
          <w:szCs w:val="12"/>
          <w:lang w:val="de-DE"/>
        </w:rPr>
      </w:pPr>
    </w:p>
    <w:p w:rsidR="00C037F1" w:rsidRPr="007F5E1E" w:rsidRDefault="009C251C" w:rsidP="00F37FB4">
      <w:pPr>
        <w:pStyle w:val="berschrift1"/>
        <w:spacing w:before="0"/>
        <w:rPr>
          <w:rFonts w:ascii="Segoe UI Emoji" w:hAnsi="Segoe UI Emoji" w:cs="Segoe UI Emoji"/>
          <w:color w:val="auto"/>
          <w:sz w:val="22"/>
        </w:rPr>
      </w:pPr>
      <w:r w:rsidRPr="007F5E1E">
        <w:rPr>
          <w:rFonts w:ascii="Segoe UI Emoji" w:hAnsi="Segoe UI Emoji" w:cs="Segoe UI Emoji"/>
          <w:color w:val="auto"/>
          <w:sz w:val="22"/>
        </w:rPr>
        <w:t>🏷️ Seminarformat</w:t>
      </w:r>
      <w:r w:rsidR="00102A8A" w:rsidRPr="007F5E1E">
        <w:rPr>
          <w:rFonts w:ascii="Segoe UI Emoji" w:hAnsi="Segoe UI Emoji" w:cs="Segoe UI Emoji"/>
          <w:color w:val="auto"/>
          <w:sz w:val="22"/>
        </w:rPr>
        <w:t xml:space="preserve"> - Pflichtfeld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938"/>
      </w:tblGrid>
      <w:tr w:rsidR="008562D9" w:rsidRPr="00082AA0" w:rsidTr="006F1525">
        <w:tc>
          <w:tcPr>
            <w:tcW w:w="817" w:type="dxa"/>
          </w:tcPr>
          <w:sdt>
            <w:sdtPr>
              <w:rPr>
                <w:lang w:val="de-DE"/>
              </w:rPr>
              <w:id w:val="2627375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8562D9" w:rsidRPr="008B4019" w:rsidRDefault="008562D9" w:rsidP="00A468F5">
                <w:pPr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sdtContent>
          </w:sdt>
          <w:p w:rsidR="008562D9" w:rsidRDefault="008562D9" w:rsidP="00A468F5">
            <w:pPr>
              <w:rPr>
                <w:lang w:val="de-DE"/>
              </w:rPr>
            </w:pPr>
          </w:p>
        </w:tc>
        <w:tc>
          <w:tcPr>
            <w:tcW w:w="7938" w:type="dxa"/>
          </w:tcPr>
          <w:p w:rsidR="008562D9" w:rsidRPr="0074602F" w:rsidRDefault="009535CD" w:rsidP="00A468F5">
            <w:pPr>
              <w:rPr>
                <w:lang w:val="de-DE"/>
              </w:rPr>
            </w:pPr>
            <w:r w:rsidRPr="007F5E1E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4"/>
                <w:szCs w:val="28"/>
                <w:lang w:val="de-DE"/>
              </w:rPr>
              <w:t>Präsenzformat – bei Ihnen vor Ort</w:t>
            </w:r>
          </w:p>
        </w:tc>
      </w:tr>
      <w:tr w:rsidR="009535CD" w:rsidRPr="00082AA0" w:rsidTr="006F15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lang w:val="de-DE"/>
              </w:rPr>
              <w:id w:val="-809884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:rsidR="009535CD" w:rsidRPr="008B4019" w:rsidRDefault="009535CD" w:rsidP="00A468F5">
                <w:pPr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sdtContent>
          </w:sdt>
          <w:p w:rsidR="009535CD" w:rsidRDefault="009535CD" w:rsidP="00A468F5">
            <w:pPr>
              <w:rPr>
                <w:lang w:val="de-DE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BF2D56" w:rsidRPr="007F5E1E" w:rsidRDefault="00BF2D56" w:rsidP="002751AB">
            <w:pPr>
              <w:autoSpaceDE w:val="0"/>
              <w:autoSpaceDN w:val="0"/>
              <w:adjustRightInd w:val="0"/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4"/>
                <w:szCs w:val="28"/>
                <w:lang w:val="de-DE"/>
              </w:rPr>
            </w:pPr>
            <w:r w:rsidRPr="007F5E1E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4"/>
                <w:szCs w:val="28"/>
                <w:lang w:val="de-DE"/>
              </w:rPr>
              <w:t>Onli</w:t>
            </w:r>
            <w:r w:rsidR="009535CD" w:rsidRPr="007F5E1E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4"/>
                <w:szCs w:val="28"/>
                <w:lang w:val="de-DE"/>
              </w:rPr>
              <w:t>neformat</w:t>
            </w:r>
          </w:p>
          <w:p w:rsidR="00BF2D56" w:rsidRPr="002751AB" w:rsidRDefault="00BF2D56" w:rsidP="002751AB">
            <w:pPr>
              <w:autoSpaceDE w:val="0"/>
              <w:autoSpaceDN w:val="0"/>
              <w:adjustRightInd w:val="0"/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</w:pPr>
            <w:r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>Fall</w:t>
            </w:r>
            <w:r w:rsidR="002751AB"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s </w:t>
            </w:r>
            <w:r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>Online: ZOOM-Raum (Mediastep-Institut) oder Ihr digitaler Seminarraum</w:t>
            </w:r>
            <w:r w:rsid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>.</w:t>
            </w:r>
          </w:p>
          <w:p w:rsidR="00BF2D56" w:rsidRPr="002751AB" w:rsidRDefault="00BF2D56" w:rsidP="002751AB">
            <w:pPr>
              <w:autoSpaceDE w:val="0"/>
              <w:autoSpaceDN w:val="0"/>
              <w:adjustRightInd w:val="0"/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</w:pPr>
            <w:r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>Für das Online-Seminar bitte die audiovisuelle Teilnahme aller Teilnehmer/innen sicherstellen. Das Onlineformat wird über die Plattform „ZOOM“ vom Mediastep-Institut zur Verfügung gestellt. Sollten Sie einen anderen Online-Raum</w:t>
            </w:r>
          </w:p>
          <w:p w:rsidR="009535CD" w:rsidRPr="002751AB" w:rsidRDefault="00BF2D56" w:rsidP="00444DAA">
            <w:pPr>
              <w:autoSpaceDE w:val="0"/>
              <w:autoSpaceDN w:val="0"/>
              <w:adjustRightInd w:val="0"/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16"/>
                <w:szCs w:val="28"/>
                <w:lang w:val="de-DE"/>
              </w:rPr>
            </w:pPr>
            <w:r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nutzen wollen/müssen, informieren Sie uns frühzeitig und vereinbaren </w:t>
            </w:r>
            <w:r w:rsid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evtl. </w:t>
            </w:r>
            <w:r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einen Testtermin mit </w:t>
            </w:r>
            <w:r w:rsidR="004959E4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>uns</w:t>
            </w:r>
            <w:r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>.</w:t>
            </w:r>
            <w:r w:rsidR="004959E4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 </w:t>
            </w:r>
            <w:r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Wir senden Ihnen ein bis zwei Tage </w:t>
            </w:r>
            <w:r w:rsidR="00444DAA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>vor dem Fortbildungstermin</w:t>
            </w:r>
            <w:r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 den </w:t>
            </w:r>
            <w:r w:rsidR="00BE1248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>ZOOM-</w:t>
            </w:r>
            <w:r w:rsidRPr="002751AB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>Einladungslink</w:t>
            </w:r>
            <w:r w:rsidR="00444DAA"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. </w:t>
            </w:r>
            <w:r w:rsidRPr="002751AB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Bitte organisieren </w:t>
            </w:r>
            <w:r w:rsidR="00444DAA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Sie mit uns </w:t>
            </w:r>
            <w:r w:rsidRPr="002751AB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fünf bis sechs Wochen vor Ihrem Termin die zwei- bis drei Wochen vorher stattfindende Versendung der Arbeitsmaterialien </w:t>
            </w:r>
            <w:r w:rsidR="00444DAA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16"/>
                <w:szCs w:val="28"/>
                <w:lang w:val="de-DE"/>
              </w:rPr>
              <w:t>zur</w:t>
            </w:r>
            <w:r w:rsidRPr="002751AB"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16"/>
                <w:szCs w:val="28"/>
                <w:lang w:val="de-DE"/>
              </w:rPr>
              <w:t xml:space="preserve"> Weitergabe an die Teilnehmer*innen durch Sie vor Ort.</w:t>
            </w:r>
          </w:p>
        </w:tc>
      </w:tr>
    </w:tbl>
    <w:p w:rsidR="003F61D9" w:rsidRPr="00444DAA" w:rsidRDefault="003F61D9" w:rsidP="003F61D9">
      <w:pPr>
        <w:pStyle w:val="berschrift1"/>
        <w:spacing w:before="0"/>
        <w:rPr>
          <w:rFonts w:ascii="Segoe UI Emoji" w:hAnsi="Segoe UI Emoji" w:cs="Segoe UI Emoji"/>
          <w:color w:val="auto"/>
          <w:sz w:val="12"/>
          <w:szCs w:val="12"/>
          <w:lang w:val="de-DE"/>
        </w:rPr>
      </w:pPr>
    </w:p>
    <w:p w:rsidR="000E381C" w:rsidRPr="007F5715" w:rsidRDefault="000E381C">
      <w:pPr>
        <w:rPr>
          <w:rFonts w:ascii="Segoe UI Emoji" w:eastAsiaTheme="majorEastAsia" w:hAnsi="Segoe UI Emoji" w:cs="Segoe UI Emoji"/>
          <w:b/>
          <w:bCs/>
          <w:sz w:val="24"/>
          <w:szCs w:val="28"/>
          <w:lang w:val="de-DE"/>
        </w:rPr>
      </w:pPr>
      <w:r w:rsidRPr="007F5715">
        <w:rPr>
          <w:rFonts w:ascii="Segoe UI Emoji" w:hAnsi="Segoe UI Emoji" w:cs="Segoe UI Emoji"/>
          <w:sz w:val="24"/>
          <w:lang w:val="de-DE"/>
        </w:rPr>
        <w:br w:type="page"/>
      </w:r>
    </w:p>
    <w:p w:rsidR="00C037F1" w:rsidRPr="00A468F5" w:rsidRDefault="009C251C" w:rsidP="00F37FB4">
      <w:pPr>
        <w:pStyle w:val="berschrift1"/>
        <w:spacing w:before="0"/>
        <w:rPr>
          <w:rFonts w:ascii="Segoe UI Emoji" w:hAnsi="Segoe UI Emoji" w:cs="Segoe UI Emoji"/>
          <w:color w:val="auto"/>
          <w:sz w:val="22"/>
          <w:lang w:val="de-DE"/>
        </w:rPr>
      </w:pPr>
      <w:r w:rsidRPr="00A468F5">
        <w:rPr>
          <w:rFonts w:ascii="Segoe UI Emoji" w:hAnsi="Segoe UI Emoji" w:cs="Segoe UI Emoji"/>
          <w:color w:val="auto"/>
          <w:sz w:val="22"/>
        </w:rPr>
        <w:t>📆</w:t>
      </w:r>
      <w:r w:rsidRPr="00A468F5">
        <w:rPr>
          <w:rFonts w:ascii="Segoe UI Emoji" w:hAnsi="Segoe UI Emoji" w:cs="Segoe UI Emoji"/>
          <w:color w:val="auto"/>
          <w:sz w:val="22"/>
          <w:lang w:val="de-DE"/>
        </w:rPr>
        <w:t xml:space="preserve"> </w:t>
      </w:r>
      <w:r w:rsidR="006F0F55" w:rsidRPr="00A468F5">
        <w:rPr>
          <w:rFonts w:ascii="Segoe UI Emoji" w:hAnsi="Segoe UI Emoji" w:cs="Segoe UI Emoji"/>
          <w:color w:val="auto"/>
          <w:sz w:val="22"/>
          <w:lang w:val="de-DE"/>
        </w:rPr>
        <w:t>Ihr</w:t>
      </w:r>
      <w:r w:rsidR="009D59E1">
        <w:rPr>
          <w:rFonts w:ascii="Segoe UI Emoji" w:hAnsi="Segoe UI Emoji" w:cs="Segoe UI Emoji"/>
          <w:color w:val="auto"/>
          <w:sz w:val="22"/>
          <w:lang w:val="de-DE"/>
        </w:rPr>
        <w:t>/e</w:t>
      </w:r>
      <w:r w:rsidR="006F0F55" w:rsidRPr="00A468F5">
        <w:rPr>
          <w:rFonts w:ascii="Segoe UI Emoji" w:hAnsi="Segoe UI Emoji" w:cs="Segoe UI Emoji"/>
          <w:color w:val="auto"/>
          <w:sz w:val="22"/>
          <w:lang w:val="de-DE"/>
        </w:rPr>
        <w:t xml:space="preserve"> gewünschter</w:t>
      </w:r>
      <w:r w:rsidR="009D59E1">
        <w:rPr>
          <w:rFonts w:ascii="Segoe UI Emoji" w:hAnsi="Segoe UI Emoji" w:cs="Segoe UI Emoji"/>
          <w:color w:val="auto"/>
          <w:sz w:val="22"/>
          <w:lang w:val="de-DE"/>
        </w:rPr>
        <w:t>/n</w:t>
      </w:r>
      <w:r w:rsidR="006F0F55" w:rsidRPr="00A468F5">
        <w:rPr>
          <w:rFonts w:ascii="Segoe UI Emoji" w:hAnsi="Segoe UI Emoji" w:cs="Segoe UI Emoji"/>
          <w:color w:val="auto"/>
          <w:sz w:val="22"/>
          <w:lang w:val="de-DE"/>
        </w:rPr>
        <w:t xml:space="preserve"> </w:t>
      </w:r>
      <w:r w:rsidR="009D59E1">
        <w:rPr>
          <w:rFonts w:ascii="Segoe UI Emoji" w:hAnsi="Segoe UI Emoji" w:cs="Segoe UI Emoji"/>
          <w:color w:val="auto"/>
          <w:sz w:val="22"/>
          <w:lang w:val="de-DE"/>
        </w:rPr>
        <w:t xml:space="preserve">Termin/e </w:t>
      </w:r>
      <w:r w:rsidR="00102A8A" w:rsidRPr="00A468F5">
        <w:rPr>
          <w:rFonts w:ascii="Segoe UI Emoji" w:hAnsi="Segoe UI Emoji" w:cs="Segoe UI Emoji"/>
          <w:color w:val="auto"/>
          <w:sz w:val="22"/>
          <w:lang w:val="de-DE"/>
        </w:rPr>
        <w:t>- Pflichtfelder</w:t>
      </w:r>
    </w:p>
    <w:p w:rsidR="006F0F55" w:rsidRDefault="00BE1248" w:rsidP="006F0F55">
      <w:pPr>
        <w:spacing w:after="0"/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</w:pPr>
      <w:r w:rsidRPr="00BE1248">
        <w:rPr>
          <w:rFonts w:asciiTheme="majorHAnsi" w:eastAsiaTheme="majorEastAsia" w:hAnsiTheme="majorHAnsi" w:cstheme="majorBidi"/>
          <w:bCs/>
          <w:sz w:val="16"/>
          <w:szCs w:val="28"/>
          <w:lang w:val="de-DE"/>
        </w:rPr>
        <w:t xml:space="preserve">‼ </w:t>
      </w:r>
      <w:r w:rsidR="006F0F55" w:rsidRPr="006F0F55"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  <w:t>Hier können Sie so viele Termine anklicken, wie Ihnen möglich sind</w:t>
      </w:r>
      <w:r w:rsidR="00451921"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  <w:t>. D</w:t>
      </w:r>
      <w:r w:rsidR="006F0F55" w:rsidRPr="006F0F55"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  <w:t xml:space="preserve">as erhöht die Chance, dass Sie einen </w:t>
      </w:r>
      <w:r w:rsidR="00C32699"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  <w:t>Termin</w:t>
      </w:r>
      <w:r w:rsidR="006F0F55" w:rsidRPr="006F0F55"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  <w:t xml:space="preserve"> bekommen</w:t>
      </w:r>
      <w:r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  <w:t xml:space="preserve"> ‼</w:t>
      </w:r>
    </w:p>
    <w:p w:rsidR="001952D4" w:rsidRPr="001B20B5" w:rsidRDefault="001952D4" w:rsidP="006F0F55">
      <w:pPr>
        <w:spacing w:after="0"/>
        <w:rPr>
          <w:rFonts w:asciiTheme="majorHAnsi" w:eastAsiaTheme="majorEastAsia" w:hAnsiTheme="majorHAnsi" w:cstheme="majorBidi"/>
          <w:bCs/>
          <w:color w:val="365F91" w:themeColor="accent1" w:themeShade="BF"/>
          <w:sz w:val="12"/>
          <w:szCs w:val="28"/>
          <w:lang w:val="de-DE"/>
        </w:rPr>
      </w:pPr>
    </w:p>
    <w:tbl>
      <w:tblPr>
        <w:tblW w:w="993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33"/>
        <w:gridCol w:w="1454"/>
        <w:gridCol w:w="533"/>
        <w:gridCol w:w="1454"/>
        <w:gridCol w:w="533"/>
        <w:gridCol w:w="1454"/>
        <w:gridCol w:w="533"/>
        <w:gridCol w:w="1454"/>
        <w:gridCol w:w="533"/>
        <w:gridCol w:w="1454"/>
      </w:tblGrid>
      <w:tr w:rsidR="001952D4" w:rsidRPr="001D1AE6" w:rsidTr="001952D4">
        <w:tc>
          <w:tcPr>
            <w:tcW w:w="99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06A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1D1AE6" w:rsidRDefault="001952D4" w:rsidP="001952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D1AE6">
              <w:rPr>
                <w:rFonts w:ascii="Arial" w:eastAsia="Times New Roman" w:hAnsi="Arial" w:cs="Arial"/>
                <w:b/>
                <w:bCs/>
                <w:color w:val="17365D"/>
                <w:sz w:val="20"/>
                <w:szCs w:val="20"/>
                <w:lang w:val="de-DE" w:eastAsia="de-DE"/>
              </w:rPr>
              <w:t>April 2027</w:t>
            </w:r>
          </w:p>
        </w:tc>
      </w:tr>
      <w:tr w:rsidR="001952D4" w:rsidRPr="001952D4" w:rsidTr="000D5B93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</w:tcPr>
          <w:p w:rsidR="001952D4" w:rsidRPr="00A468F5" w:rsidRDefault="001952D4" w:rsidP="001952D4">
            <w:pPr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</w:tcPr>
          <w:p w:rsidR="001952D4" w:rsidRPr="001952D4" w:rsidRDefault="001952D4" w:rsidP="001952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</w:tcPr>
          <w:p w:rsidR="001952D4" w:rsidRPr="00A468F5" w:rsidRDefault="001952D4" w:rsidP="001952D4">
            <w:pPr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</w:tcPr>
          <w:p w:rsidR="001952D4" w:rsidRPr="001952D4" w:rsidRDefault="001952D4" w:rsidP="001952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</w:tcPr>
          <w:p w:rsidR="001952D4" w:rsidRPr="00A468F5" w:rsidRDefault="001952D4" w:rsidP="001952D4">
            <w:pPr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</w:tcPr>
          <w:p w:rsidR="001952D4" w:rsidRPr="001952D4" w:rsidRDefault="001952D4" w:rsidP="001952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</w:pP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988981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hideMark/>
              </w:tcPr>
              <w:p w:rsidR="001952D4" w:rsidRPr="00A468F5" w:rsidRDefault="001952D4" w:rsidP="001952D4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1952D4" w:rsidRDefault="001952D4" w:rsidP="001952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</w:pP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Donnerstag,</w:t>
            </w: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01.04.2027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-1886316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hideMark/>
              </w:tcPr>
              <w:p w:rsidR="001952D4" w:rsidRPr="00A468F5" w:rsidRDefault="00EF1212" w:rsidP="001952D4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1952D4" w:rsidRDefault="001952D4" w:rsidP="001952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</w:pP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Freitag,</w:t>
            </w: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02.04.2027</w:t>
            </w:r>
          </w:p>
        </w:tc>
      </w:tr>
      <w:tr w:rsidR="001952D4" w:rsidRPr="001952D4" w:rsidTr="001952D4"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1034161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9D8"/>
                <w:tcMar>
                  <w:top w:w="20" w:type="dxa"/>
                  <w:left w:w="80" w:type="dxa"/>
                  <w:bottom w:w="20" w:type="dxa"/>
                  <w:right w:w="40" w:type="dxa"/>
                </w:tcMar>
                <w:hideMark/>
              </w:tcPr>
              <w:p w:rsidR="001952D4" w:rsidRPr="00A468F5" w:rsidRDefault="001952D4" w:rsidP="001952D4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9D8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1952D4" w:rsidRDefault="001952D4" w:rsidP="001952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</w:pP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Montag,</w:t>
            </w: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05.04.2027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1833572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9D8"/>
                <w:tcMar>
                  <w:top w:w="20" w:type="dxa"/>
                  <w:left w:w="80" w:type="dxa"/>
                  <w:bottom w:w="20" w:type="dxa"/>
                  <w:right w:w="40" w:type="dxa"/>
                </w:tcMar>
                <w:hideMark/>
              </w:tcPr>
              <w:p w:rsidR="001952D4" w:rsidRPr="00A468F5" w:rsidRDefault="001952D4" w:rsidP="001952D4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9D8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1952D4" w:rsidRDefault="001952D4" w:rsidP="001952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</w:pP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Dienstag,</w:t>
            </w: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06.04.2027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-2105254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9D8"/>
                <w:tcMar>
                  <w:top w:w="20" w:type="dxa"/>
                  <w:left w:w="80" w:type="dxa"/>
                  <w:bottom w:w="20" w:type="dxa"/>
                  <w:right w:w="40" w:type="dxa"/>
                </w:tcMar>
                <w:hideMark/>
              </w:tcPr>
              <w:p w:rsidR="001952D4" w:rsidRPr="00A468F5" w:rsidRDefault="001952D4" w:rsidP="001952D4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9D8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1952D4" w:rsidRDefault="001952D4" w:rsidP="001952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</w:pP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Mittwoch,</w:t>
            </w: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07.04.2027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1108703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9D8"/>
                <w:tcMar>
                  <w:top w:w="20" w:type="dxa"/>
                  <w:left w:w="80" w:type="dxa"/>
                  <w:bottom w:w="20" w:type="dxa"/>
                  <w:right w:w="40" w:type="dxa"/>
                </w:tcMar>
                <w:hideMark/>
              </w:tcPr>
              <w:p w:rsidR="001952D4" w:rsidRPr="00A468F5" w:rsidRDefault="00EF1212" w:rsidP="001952D4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9D8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1952D4" w:rsidRDefault="001952D4" w:rsidP="001952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</w:pP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Donnerstag,</w:t>
            </w: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08.04.2027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-929512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9D8"/>
                <w:tcMar>
                  <w:top w:w="20" w:type="dxa"/>
                  <w:left w:w="80" w:type="dxa"/>
                  <w:bottom w:w="20" w:type="dxa"/>
                  <w:right w:w="40" w:type="dxa"/>
                </w:tcMar>
                <w:hideMark/>
              </w:tcPr>
              <w:p w:rsidR="001952D4" w:rsidRPr="00A468F5" w:rsidRDefault="001952D4" w:rsidP="001952D4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9D8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1952D4" w:rsidRDefault="001952D4" w:rsidP="001952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</w:pP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Freitag,</w:t>
            </w: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09.04.2027</w:t>
            </w:r>
          </w:p>
        </w:tc>
      </w:tr>
      <w:tr w:rsidR="001952D4" w:rsidRPr="001952D4" w:rsidTr="001952D4"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912507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hideMark/>
              </w:tcPr>
              <w:p w:rsidR="001952D4" w:rsidRPr="00A468F5" w:rsidRDefault="001952D4" w:rsidP="001952D4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1952D4" w:rsidRDefault="001952D4" w:rsidP="001952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</w:pP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Montag,</w:t>
            </w: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12.04.2027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1135983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hideMark/>
              </w:tcPr>
              <w:p w:rsidR="001952D4" w:rsidRPr="00A468F5" w:rsidRDefault="001952D4" w:rsidP="001952D4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1952D4" w:rsidRDefault="001952D4" w:rsidP="001952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</w:pP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Dienstag,</w:t>
            </w: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13.04.2027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-1558853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hideMark/>
              </w:tcPr>
              <w:p w:rsidR="001952D4" w:rsidRPr="00A468F5" w:rsidRDefault="001952D4" w:rsidP="001952D4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1952D4" w:rsidRDefault="001952D4" w:rsidP="001952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</w:pP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Mittwoch,</w:t>
            </w: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14.04.2027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-712033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hideMark/>
              </w:tcPr>
              <w:p w:rsidR="001952D4" w:rsidRPr="00A468F5" w:rsidRDefault="00EF1212" w:rsidP="001952D4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1952D4" w:rsidRDefault="001952D4" w:rsidP="001952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</w:pP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Donnerstag,</w:t>
            </w: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15.04.2027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-1099565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hideMark/>
              </w:tcPr>
              <w:p w:rsidR="001952D4" w:rsidRPr="00A468F5" w:rsidRDefault="001952D4" w:rsidP="001952D4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1952D4" w:rsidRDefault="001952D4" w:rsidP="001952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</w:pP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Freitag,</w:t>
            </w:r>
            <w:r w:rsidRPr="001952D4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16.04.2027</w:t>
            </w:r>
          </w:p>
        </w:tc>
      </w:tr>
      <w:tr w:rsidR="001952D4" w:rsidRPr="001952D4" w:rsidTr="001952D4"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1459219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9D8"/>
                <w:tcMar>
                  <w:top w:w="20" w:type="dxa"/>
                  <w:left w:w="80" w:type="dxa"/>
                  <w:bottom w:w="20" w:type="dxa"/>
                  <w:right w:w="40" w:type="dxa"/>
                </w:tcMar>
                <w:hideMark/>
              </w:tcPr>
              <w:p w:rsidR="001952D4" w:rsidRPr="00A468F5" w:rsidRDefault="001952D4" w:rsidP="001952D4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9D8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1952D4" w:rsidRDefault="001952D4" w:rsidP="001952D4">
            <w:pPr>
              <w:spacing w:after="0" w:line="240" w:lineRule="auto"/>
              <w:rPr>
                <w:rFonts w:ascii="Segoe UI Symbol" w:eastAsia="Times New Roman" w:hAnsi="Segoe UI Symbol" w:cs="Segoe UI Symbol"/>
                <w:color w:val="000000"/>
                <w:sz w:val="18"/>
                <w:szCs w:val="24"/>
                <w:lang w:eastAsia="de-DE"/>
              </w:rPr>
            </w:pPr>
            <w:r w:rsidRPr="001952D4">
              <w:rPr>
                <w:rFonts w:ascii="Segoe UI Symbol" w:eastAsia="Times New Roman" w:hAnsi="Segoe UI Symbol" w:cs="Segoe UI Symbol"/>
                <w:color w:val="000000"/>
                <w:sz w:val="18"/>
                <w:szCs w:val="24"/>
                <w:lang w:eastAsia="de-DE"/>
              </w:rPr>
              <w:t>Montag,</w:t>
            </w:r>
            <w:r w:rsidRPr="001952D4">
              <w:rPr>
                <w:rFonts w:ascii="Segoe UI Symbol" w:eastAsia="Times New Roman" w:hAnsi="Segoe UI Symbol" w:cs="Segoe UI Symbol"/>
                <w:color w:val="000000"/>
                <w:sz w:val="18"/>
                <w:szCs w:val="24"/>
                <w:lang w:eastAsia="de-DE"/>
              </w:rPr>
              <w:br/>
              <w:t>19.04.2027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-395359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9D8"/>
                <w:tcMar>
                  <w:top w:w="20" w:type="dxa"/>
                  <w:left w:w="80" w:type="dxa"/>
                  <w:bottom w:w="20" w:type="dxa"/>
                  <w:right w:w="40" w:type="dxa"/>
                </w:tcMar>
                <w:hideMark/>
              </w:tcPr>
              <w:p w:rsidR="001952D4" w:rsidRPr="00A468F5" w:rsidRDefault="001952D4" w:rsidP="001952D4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9D8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1952D4" w:rsidRDefault="001952D4" w:rsidP="001952D4">
            <w:pPr>
              <w:spacing w:after="0" w:line="240" w:lineRule="auto"/>
              <w:rPr>
                <w:rFonts w:ascii="Segoe UI Symbol" w:eastAsia="Times New Roman" w:hAnsi="Segoe UI Symbol" w:cs="Segoe UI Symbol"/>
                <w:color w:val="000000"/>
                <w:sz w:val="18"/>
                <w:szCs w:val="24"/>
                <w:lang w:eastAsia="de-DE"/>
              </w:rPr>
            </w:pPr>
            <w:r w:rsidRPr="001952D4">
              <w:rPr>
                <w:rFonts w:ascii="Segoe UI Symbol" w:eastAsia="Times New Roman" w:hAnsi="Segoe UI Symbol" w:cs="Segoe UI Symbol"/>
                <w:color w:val="000000"/>
                <w:sz w:val="18"/>
                <w:szCs w:val="24"/>
                <w:lang w:eastAsia="de-DE"/>
              </w:rPr>
              <w:t>Dienstag,</w:t>
            </w:r>
            <w:r w:rsidRPr="001952D4">
              <w:rPr>
                <w:rFonts w:ascii="Segoe UI Symbol" w:eastAsia="Times New Roman" w:hAnsi="Segoe UI Symbol" w:cs="Segoe UI Symbol"/>
                <w:color w:val="000000"/>
                <w:sz w:val="18"/>
                <w:szCs w:val="24"/>
                <w:lang w:eastAsia="de-DE"/>
              </w:rPr>
              <w:br/>
              <w:t>20.04.2027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-7321559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9D8"/>
                <w:tcMar>
                  <w:top w:w="20" w:type="dxa"/>
                  <w:left w:w="80" w:type="dxa"/>
                  <w:bottom w:w="20" w:type="dxa"/>
                  <w:right w:w="40" w:type="dxa"/>
                </w:tcMar>
                <w:hideMark/>
              </w:tcPr>
              <w:p w:rsidR="001952D4" w:rsidRPr="00A468F5" w:rsidRDefault="001952D4" w:rsidP="001952D4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9D8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1952D4" w:rsidRDefault="001952D4" w:rsidP="001952D4">
            <w:pPr>
              <w:spacing w:after="0" w:line="240" w:lineRule="auto"/>
              <w:rPr>
                <w:rFonts w:ascii="Segoe UI Symbol" w:eastAsia="Times New Roman" w:hAnsi="Segoe UI Symbol" w:cs="Segoe UI Symbol"/>
                <w:color w:val="000000"/>
                <w:sz w:val="18"/>
                <w:szCs w:val="24"/>
                <w:lang w:eastAsia="de-DE"/>
              </w:rPr>
            </w:pPr>
            <w:r w:rsidRPr="001952D4">
              <w:rPr>
                <w:rFonts w:ascii="Segoe UI Symbol" w:eastAsia="Times New Roman" w:hAnsi="Segoe UI Symbol" w:cs="Segoe UI Symbol"/>
                <w:color w:val="000000"/>
                <w:sz w:val="18"/>
                <w:szCs w:val="24"/>
                <w:lang w:eastAsia="de-DE"/>
              </w:rPr>
              <w:t>Mittwoch,</w:t>
            </w:r>
            <w:r w:rsidRPr="001952D4">
              <w:rPr>
                <w:rFonts w:ascii="Segoe UI Symbol" w:eastAsia="Times New Roman" w:hAnsi="Segoe UI Symbol" w:cs="Segoe UI Symbol"/>
                <w:color w:val="000000"/>
                <w:sz w:val="18"/>
                <w:szCs w:val="24"/>
                <w:lang w:eastAsia="de-DE"/>
              </w:rPr>
              <w:br/>
              <w:t>21.04.2027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13522224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9D8"/>
                <w:tcMar>
                  <w:top w:w="20" w:type="dxa"/>
                  <w:left w:w="80" w:type="dxa"/>
                  <w:bottom w:w="20" w:type="dxa"/>
                  <w:right w:w="40" w:type="dxa"/>
                </w:tcMar>
                <w:hideMark/>
              </w:tcPr>
              <w:p w:rsidR="001952D4" w:rsidRPr="00A468F5" w:rsidRDefault="001952D4" w:rsidP="001952D4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9D8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1952D4" w:rsidRDefault="001952D4" w:rsidP="001952D4">
            <w:pPr>
              <w:spacing w:after="0" w:line="240" w:lineRule="auto"/>
              <w:rPr>
                <w:rFonts w:ascii="Segoe UI Symbol" w:eastAsia="Times New Roman" w:hAnsi="Segoe UI Symbol" w:cs="Segoe UI Symbol"/>
                <w:color w:val="000000"/>
                <w:sz w:val="18"/>
                <w:szCs w:val="24"/>
                <w:lang w:eastAsia="de-DE"/>
              </w:rPr>
            </w:pPr>
            <w:r w:rsidRPr="001952D4">
              <w:rPr>
                <w:rFonts w:ascii="Segoe UI Symbol" w:eastAsia="Times New Roman" w:hAnsi="Segoe UI Symbol" w:cs="Segoe UI Symbol"/>
                <w:color w:val="000000"/>
                <w:sz w:val="18"/>
                <w:szCs w:val="24"/>
                <w:lang w:eastAsia="de-DE"/>
              </w:rPr>
              <w:t>Donnerstag,</w:t>
            </w:r>
            <w:r w:rsidRPr="001952D4">
              <w:rPr>
                <w:rFonts w:ascii="Segoe UI Symbol" w:eastAsia="Times New Roman" w:hAnsi="Segoe UI Symbol" w:cs="Segoe UI Symbol"/>
                <w:color w:val="000000"/>
                <w:sz w:val="18"/>
                <w:szCs w:val="24"/>
                <w:lang w:eastAsia="de-DE"/>
              </w:rPr>
              <w:br/>
              <w:t>22.04.2027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790402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9D8"/>
                <w:tcMar>
                  <w:top w:w="20" w:type="dxa"/>
                  <w:left w:w="80" w:type="dxa"/>
                  <w:bottom w:w="20" w:type="dxa"/>
                  <w:right w:w="40" w:type="dxa"/>
                </w:tcMar>
                <w:hideMark/>
              </w:tcPr>
              <w:p w:rsidR="001952D4" w:rsidRPr="00A468F5" w:rsidRDefault="00EF1212" w:rsidP="001952D4">
                <w:pPr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9D8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1952D4" w:rsidRDefault="001952D4" w:rsidP="001952D4">
            <w:pPr>
              <w:spacing w:after="0" w:line="240" w:lineRule="auto"/>
              <w:rPr>
                <w:rFonts w:ascii="Segoe UI Symbol" w:eastAsia="Times New Roman" w:hAnsi="Segoe UI Symbol" w:cs="Segoe UI Symbol"/>
                <w:color w:val="000000"/>
                <w:sz w:val="18"/>
                <w:szCs w:val="24"/>
                <w:lang w:eastAsia="de-DE"/>
              </w:rPr>
            </w:pPr>
            <w:r w:rsidRPr="001952D4">
              <w:rPr>
                <w:rFonts w:ascii="Segoe UI Symbol" w:eastAsia="Times New Roman" w:hAnsi="Segoe UI Symbol" w:cs="Segoe UI Symbol"/>
                <w:color w:val="000000"/>
                <w:sz w:val="18"/>
                <w:szCs w:val="24"/>
                <w:lang w:eastAsia="de-DE"/>
              </w:rPr>
              <w:t>Freitag,</w:t>
            </w:r>
            <w:r w:rsidRPr="001952D4">
              <w:rPr>
                <w:rFonts w:ascii="Segoe UI Symbol" w:eastAsia="Times New Roman" w:hAnsi="Segoe UI Symbol" w:cs="Segoe UI Symbol"/>
                <w:color w:val="000000"/>
                <w:sz w:val="18"/>
                <w:szCs w:val="24"/>
                <w:lang w:eastAsia="de-DE"/>
              </w:rPr>
              <w:br/>
              <w:t>23.04.2027</w:t>
            </w:r>
          </w:p>
        </w:tc>
      </w:tr>
      <w:tr w:rsidR="001952D4" w:rsidRPr="007464C2" w:rsidTr="001952D4"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-1849244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952D4" w:rsidRPr="007464C2" w:rsidRDefault="001952D4" w:rsidP="00B65B47">
                <w:pPr>
                  <w:spacing w:after="0"/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7464C2">
                  <w:rPr>
                    <w:rFonts w:ascii="Segoe UI Symbol" w:eastAsia="Times New Roman" w:hAnsi="Segoe UI Symbol" w:cs="Segoe UI Symbol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7464C2" w:rsidRDefault="001952D4" w:rsidP="00B65B47">
            <w:pPr>
              <w:spacing w:after="0"/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</w:pPr>
            <w:r w:rsidRPr="007464C2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Montag,</w:t>
            </w:r>
            <w:r w:rsidRPr="007464C2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26.04.2027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785697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952D4" w:rsidRPr="007464C2" w:rsidRDefault="001952D4" w:rsidP="00B65B47">
                <w:pPr>
                  <w:spacing w:after="0"/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7464C2">
                  <w:rPr>
                    <w:rFonts w:ascii="Segoe UI Symbol" w:eastAsia="Times New Roman" w:hAnsi="Segoe UI Symbol" w:cs="Segoe UI Symbol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7464C2" w:rsidRDefault="001952D4" w:rsidP="00B65B47">
            <w:pPr>
              <w:spacing w:after="0"/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</w:pPr>
            <w:r w:rsidRPr="007464C2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Dienstag,</w:t>
            </w:r>
            <w:r w:rsidRPr="007464C2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27.04.2027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-714114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952D4" w:rsidRPr="007464C2" w:rsidRDefault="001952D4" w:rsidP="00B65B47">
                <w:pPr>
                  <w:spacing w:after="0"/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7464C2">
                  <w:rPr>
                    <w:rFonts w:ascii="Segoe UI Symbol" w:eastAsia="Times New Roman" w:hAnsi="Segoe UI Symbol" w:cs="Segoe UI Symbol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7464C2" w:rsidRDefault="001952D4" w:rsidP="00B65B47">
            <w:pPr>
              <w:spacing w:after="0"/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</w:pPr>
            <w:r w:rsidRPr="007464C2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Mittwoch,</w:t>
            </w:r>
            <w:r w:rsidRPr="007464C2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28.04.2027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-79287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952D4" w:rsidRPr="007464C2" w:rsidRDefault="001952D4" w:rsidP="00B65B47">
                <w:pPr>
                  <w:spacing w:after="0"/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7464C2">
                  <w:rPr>
                    <w:rFonts w:ascii="Segoe UI Symbol" w:eastAsia="Times New Roman" w:hAnsi="Segoe UI Symbol" w:cs="Segoe UI Symbol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7464C2" w:rsidRDefault="001952D4" w:rsidP="00B65B47">
            <w:pPr>
              <w:spacing w:after="0"/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</w:pPr>
            <w:r w:rsidRPr="007464C2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Donnerstag,</w:t>
            </w:r>
            <w:r w:rsidRPr="007464C2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29.04.2027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-2118900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952D4" w:rsidRPr="007464C2" w:rsidRDefault="001952D4" w:rsidP="00B65B47">
                <w:pPr>
                  <w:spacing w:after="0"/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7464C2">
                  <w:rPr>
                    <w:rFonts w:ascii="Segoe UI Symbol" w:eastAsia="Times New Roman" w:hAnsi="Segoe UI Symbol" w:cs="Segoe UI Symbol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952D4" w:rsidRPr="007464C2" w:rsidRDefault="001952D4" w:rsidP="00B65B47">
            <w:pPr>
              <w:spacing w:after="0"/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</w:pPr>
            <w:r w:rsidRPr="007464C2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Freitag,</w:t>
            </w:r>
            <w:r w:rsidRPr="007464C2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30.04.2027</w:t>
            </w:r>
          </w:p>
        </w:tc>
      </w:tr>
    </w:tbl>
    <w:p w:rsidR="001952D4" w:rsidRPr="006F0F55" w:rsidRDefault="001952D4" w:rsidP="006F0F55">
      <w:pPr>
        <w:spacing w:after="0"/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33"/>
        <w:gridCol w:w="1454"/>
        <w:gridCol w:w="533"/>
        <w:gridCol w:w="1454"/>
        <w:gridCol w:w="533"/>
        <w:gridCol w:w="1454"/>
        <w:gridCol w:w="533"/>
        <w:gridCol w:w="1454"/>
        <w:gridCol w:w="533"/>
        <w:gridCol w:w="1454"/>
      </w:tblGrid>
      <w:tr w:rsidR="001D1AE6" w:rsidRPr="001D1AE6" w:rsidTr="001D1AE6">
        <w:trPr>
          <w:gridAfter w:val="9"/>
          <w:wAfter w:w="9402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</w:tr>
      <w:tr w:rsidR="001D1AE6" w:rsidRPr="001D1AE6" w:rsidTr="001D1AE6">
        <w:tc>
          <w:tcPr>
            <w:tcW w:w="99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0D491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D1AE6">
              <w:rPr>
                <w:rFonts w:ascii="Arial" w:eastAsia="Times New Roman" w:hAnsi="Arial" w:cs="Arial"/>
                <w:b/>
                <w:bCs/>
                <w:color w:val="17365D"/>
                <w:sz w:val="20"/>
                <w:szCs w:val="20"/>
                <w:lang w:val="de-DE" w:eastAsia="de-DE"/>
              </w:rPr>
              <w:t>Mai 2027</w:t>
            </w:r>
          </w:p>
        </w:tc>
      </w:tr>
      <w:tr w:rsidR="001D1AE6" w:rsidRPr="001D1AE6" w:rsidTr="001D1AE6"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1140767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B65B47" w:rsidP="00B65B47">
                <w:pPr>
                  <w:spacing w:after="0"/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B65B47">
            <w:pPr>
              <w:spacing w:after="0"/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Montag,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03.05.2027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-526565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367E99" w:rsidP="00B65B47">
                <w:pPr>
                  <w:spacing w:after="0"/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B65B47">
            <w:pPr>
              <w:spacing w:after="0"/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Dienstag,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04.05.2027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1577707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367E99" w:rsidP="00B65B47">
                <w:pPr>
                  <w:spacing w:after="0"/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B65B47">
            <w:pPr>
              <w:spacing w:after="0"/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Mittwoch,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05.05.2027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702207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367E99" w:rsidP="00B65B47">
                <w:pPr>
                  <w:spacing w:after="0"/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B65B47">
            <w:pPr>
              <w:spacing w:after="0"/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Donnerstag,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06.05.2027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15094015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367E99" w:rsidP="00B65B47">
                <w:pPr>
                  <w:spacing w:after="0"/>
                  <w:rPr>
                    <w:rFonts w:ascii="Arial" w:eastAsia="Times New Roman" w:hAnsi="Arial" w:cs="Arial"/>
                    <w:color w:val="000000"/>
                    <w:szCs w:val="24"/>
                    <w:lang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B65B47">
            <w:pPr>
              <w:spacing w:after="0"/>
              <w:rPr>
                <w:rFonts w:ascii="Arial" w:eastAsia="Times New Roman" w:hAnsi="Arial" w:cs="Arial"/>
                <w:color w:val="000000"/>
                <w:szCs w:val="24"/>
                <w:lang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Freitag,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07.05.2027</w:t>
            </w:r>
          </w:p>
        </w:tc>
      </w:tr>
      <w:tr w:rsidR="001D1AE6" w:rsidRPr="001D1AE6" w:rsidTr="001D1AE6">
        <w:sdt>
          <w:sdtPr>
            <w:rPr>
              <w:rFonts w:ascii="Segoe UI Emoji" w:hAnsi="Segoe UI Emoji" w:cs="Segoe UI Emoji"/>
              <w:szCs w:val="24"/>
              <w:lang w:val="de-DE"/>
            </w:rPr>
            <w:id w:val="-1983996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EEBA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B65B47" w:rsidP="001D1AE6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val="de-DE" w:eastAsia="de-DE"/>
                  </w:rPr>
                </w:pPr>
                <w:r w:rsidRPr="00A468F5">
                  <w:rPr>
                    <w:rFonts w:ascii="MS Gothic" w:eastAsia="MS Gothic" w:hAnsi="MS Gothic" w:cs="Segoe UI Emoji" w:hint="eastAsia"/>
                    <w:szCs w:val="24"/>
                    <w:lang w:val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EBA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t>Montag,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br/>
              <w:t>10.05.2027</w:t>
            </w:r>
          </w:p>
        </w:tc>
        <w:sdt>
          <w:sdtPr>
            <w:rPr>
              <w:rFonts w:ascii="Segoe UI Emoji" w:hAnsi="Segoe UI Emoji" w:cs="Segoe UI Emoji"/>
              <w:szCs w:val="24"/>
              <w:lang w:val="de-DE"/>
            </w:rPr>
            <w:id w:val="888843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EEBA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B65B47" w:rsidP="001D1AE6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val="de-DE" w:eastAsia="de-DE"/>
                  </w:rPr>
                </w:pPr>
                <w:r w:rsidRPr="00A468F5">
                  <w:rPr>
                    <w:rFonts w:ascii="MS Gothic" w:eastAsia="MS Gothic" w:hAnsi="MS Gothic" w:cs="Segoe UI Emoji" w:hint="eastAsia"/>
                    <w:szCs w:val="24"/>
                    <w:lang w:val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EBA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t>Dienstag,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br/>
              <w:t>11.05.2027</w:t>
            </w:r>
          </w:p>
        </w:tc>
        <w:sdt>
          <w:sdtPr>
            <w:rPr>
              <w:rFonts w:ascii="Segoe UI Emoji" w:hAnsi="Segoe UI Emoji" w:cs="Segoe UI Emoji"/>
              <w:szCs w:val="24"/>
              <w:lang w:val="de-DE"/>
            </w:rPr>
            <w:id w:val="391308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EEBA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B65B47" w:rsidP="001D1AE6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val="de-DE" w:eastAsia="de-DE"/>
                  </w:rPr>
                </w:pPr>
                <w:r w:rsidRPr="00A468F5">
                  <w:rPr>
                    <w:rFonts w:ascii="MS Gothic" w:eastAsia="MS Gothic" w:hAnsi="MS Gothic" w:cs="Segoe UI Emoji" w:hint="eastAsia"/>
                    <w:szCs w:val="24"/>
                    <w:lang w:val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EBA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t>Mittwoch,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br/>
              <w:t>12.05.2027</w:t>
            </w:r>
          </w:p>
        </w:tc>
        <w:sdt>
          <w:sdtPr>
            <w:rPr>
              <w:rFonts w:ascii="Segoe UI Emoji" w:hAnsi="Segoe UI Emoji" w:cs="Segoe UI Emoji"/>
              <w:szCs w:val="24"/>
              <w:lang w:val="de-DE"/>
            </w:rPr>
            <w:id w:val="-592937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EEBA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B65B47" w:rsidP="001D1AE6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val="de-DE" w:eastAsia="de-DE"/>
                  </w:rPr>
                </w:pPr>
                <w:r w:rsidRPr="00A468F5">
                  <w:rPr>
                    <w:rFonts w:ascii="MS Gothic" w:eastAsia="MS Gothic" w:hAnsi="MS Gothic" w:cs="Segoe UI Emoji" w:hint="eastAsia"/>
                    <w:szCs w:val="24"/>
                    <w:lang w:val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EBA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t>Donnerstag,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br/>
              <w:t>13.05.2027</w:t>
            </w:r>
          </w:p>
        </w:tc>
        <w:sdt>
          <w:sdtPr>
            <w:rPr>
              <w:rFonts w:ascii="Segoe UI Emoji" w:hAnsi="Segoe UI Emoji" w:cs="Segoe UI Emoji"/>
              <w:szCs w:val="24"/>
              <w:lang w:val="de-DE"/>
            </w:rPr>
            <w:id w:val="-14363631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EEBA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B65B47" w:rsidP="001D1AE6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val="de-DE" w:eastAsia="de-DE"/>
                  </w:rPr>
                </w:pPr>
                <w:r w:rsidRPr="00A468F5">
                  <w:rPr>
                    <w:rFonts w:ascii="MS Gothic" w:eastAsia="MS Gothic" w:hAnsi="MS Gothic" w:cs="Segoe UI Emoji" w:hint="eastAsia"/>
                    <w:szCs w:val="24"/>
                    <w:lang w:val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EBA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t>Freitag,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br/>
              <w:t>14.05.2027</w:t>
            </w:r>
          </w:p>
        </w:tc>
      </w:tr>
      <w:tr w:rsidR="001D1AE6" w:rsidRPr="001D1AE6" w:rsidTr="001D1AE6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B65B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B65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-1961718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100199" w:rsidP="00B65B47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val="de-DE" w:eastAsia="de-DE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B65B47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Dienstag,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18.05.2027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244541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367E99" w:rsidP="00B65B47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val="de-DE"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B65B47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Mittwoch,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19.05.2027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744073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367E99" w:rsidP="00B65B47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val="de-DE"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B65B47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Donnerstag,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20.05.2027</w:t>
            </w:r>
          </w:p>
        </w:tc>
        <w:sdt>
          <w:sdtPr>
            <w:rPr>
              <w:rFonts w:ascii="Arial" w:eastAsia="Times New Roman" w:hAnsi="Arial" w:cs="Arial"/>
              <w:color w:val="000000"/>
              <w:szCs w:val="24"/>
              <w:lang w:eastAsia="de-DE"/>
            </w:rPr>
            <w:id w:val="2079867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367E99" w:rsidP="00B65B47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val="de-DE" w:eastAsia="de-DE"/>
                  </w:rPr>
                </w:pPr>
                <w:r w:rsidRPr="00A468F5">
                  <w:rPr>
                    <w:rFonts w:ascii="MS Gothic" w:eastAsia="MS Gothic" w:hAnsi="MS Gothic" w:cs="Arial" w:hint="eastAsia"/>
                    <w:color w:val="000000"/>
                    <w:szCs w:val="24"/>
                    <w:lang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B65B47">
            <w:pPr>
              <w:spacing w:after="0"/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t>Freitag,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szCs w:val="24"/>
                <w:lang w:eastAsia="de-DE"/>
              </w:rPr>
              <w:br/>
              <w:t>21.05.2027</w:t>
            </w:r>
          </w:p>
        </w:tc>
      </w:tr>
      <w:tr w:rsidR="001D1AE6" w:rsidRPr="001D1AE6" w:rsidTr="001D1AE6">
        <w:sdt>
          <w:sdtPr>
            <w:rPr>
              <w:rFonts w:ascii="Segoe UI Emoji" w:hAnsi="Segoe UI Emoji" w:cs="Segoe UI Emoji"/>
              <w:szCs w:val="24"/>
              <w:lang w:val="de-DE"/>
            </w:rPr>
            <w:id w:val="2112927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EEBA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B65B47" w:rsidP="001D1AE6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val="de-DE" w:eastAsia="de-DE"/>
                  </w:rPr>
                </w:pPr>
                <w:r w:rsidRPr="00A468F5">
                  <w:rPr>
                    <w:rFonts w:ascii="MS Gothic" w:eastAsia="MS Gothic" w:hAnsi="MS Gothic" w:cs="Segoe UI Emoji" w:hint="eastAsia"/>
                    <w:szCs w:val="24"/>
                    <w:lang w:val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EBA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t>Montag,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br/>
              <w:t>24.05.2027</w:t>
            </w:r>
          </w:p>
        </w:tc>
        <w:sdt>
          <w:sdtPr>
            <w:rPr>
              <w:rFonts w:ascii="Segoe UI Emoji" w:hAnsi="Segoe UI Emoji" w:cs="Segoe UI Emoji"/>
              <w:szCs w:val="24"/>
              <w:lang w:val="de-DE"/>
            </w:rPr>
            <w:id w:val="-172190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EEBA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B65B47" w:rsidP="001D1AE6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val="de-DE" w:eastAsia="de-DE"/>
                  </w:rPr>
                </w:pPr>
                <w:r w:rsidRPr="00A468F5">
                  <w:rPr>
                    <w:rFonts w:ascii="MS Gothic" w:eastAsia="MS Gothic" w:hAnsi="MS Gothic" w:cs="Segoe UI Emoji" w:hint="eastAsia"/>
                    <w:szCs w:val="24"/>
                    <w:lang w:val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EBA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t>Dienstag,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br/>
              <w:t>25.05.2027</w:t>
            </w:r>
          </w:p>
        </w:tc>
        <w:sdt>
          <w:sdtPr>
            <w:rPr>
              <w:rFonts w:ascii="Segoe UI Emoji" w:hAnsi="Segoe UI Emoji" w:cs="Segoe UI Emoji"/>
              <w:szCs w:val="24"/>
              <w:lang w:val="de-DE"/>
            </w:rPr>
            <w:id w:val="657274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EEBA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B65B47" w:rsidP="001D1AE6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val="de-DE" w:eastAsia="de-DE"/>
                  </w:rPr>
                </w:pPr>
                <w:r w:rsidRPr="00A468F5">
                  <w:rPr>
                    <w:rFonts w:ascii="MS Gothic" w:eastAsia="MS Gothic" w:hAnsi="MS Gothic" w:cs="Segoe UI Emoji" w:hint="eastAsia"/>
                    <w:szCs w:val="24"/>
                    <w:lang w:val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EBA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t>Mittwoch,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br/>
              <w:t>26.05.2027</w:t>
            </w:r>
          </w:p>
        </w:tc>
        <w:sdt>
          <w:sdtPr>
            <w:rPr>
              <w:rFonts w:ascii="Segoe UI Emoji" w:hAnsi="Segoe UI Emoji" w:cs="Segoe UI Emoji"/>
              <w:szCs w:val="24"/>
              <w:lang w:val="de-DE"/>
            </w:rPr>
            <w:id w:val="-1836914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EEBA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B65B47" w:rsidP="001D1AE6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val="de-DE" w:eastAsia="de-DE"/>
                  </w:rPr>
                </w:pPr>
                <w:r w:rsidRPr="00A468F5">
                  <w:rPr>
                    <w:rFonts w:ascii="MS Gothic" w:eastAsia="MS Gothic" w:hAnsi="MS Gothic" w:cs="Segoe UI Emoji" w:hint="eastAsia"/>
                    <w:szCs w:val="24"/>
                    <w:lang w:val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EBA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t>Donnerstag,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br/>
              <w:t>27.05.2027</w:t>
            </w:r>
          </w:p>
        </w:tc>
        <w:sdt>
          <w:sdtPr>
            <w:rPr>
              <w:rFonts w:ascii="Segoe UI Emoji" w:hAnsi="Segoe UI Emoji" w:cs="Segoe UI Emoji"/>
              <w:szCs w:val="24"/>
              <w:lang w:val="de-DE"/>
            </w:rPr>
            <w:id w:val="65162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EEBA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B65B47" w:rsidP="001D1AE6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val="de-DE" w:eastAsia="de-DE"/>
                  </w:rPr>
                </w:pPr>
                <w:r w:rsidRPr="00A468F5">
                  <w:rPr>
                    <w:rFonts w:ascii="MS Gothic" w:eastAsia="MS Gothic" w:hAnsi="MS Gothic" w:cs="Segoe UI Emoji" w:hint="eastAsia"/>
                    <w:szCs w:val="24"/>
                    <w:lang w:val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EBA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t>Freitag,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lang w:val="de-DE" w:eastAsia="de-DE"/>
              </w:rPr>
              <w:br/>
              <w:t>28.05.2027</w:t>
            </w:r>
          </w:p>
        </w:tc>
      </w:tr>
      <w:tr w:rsidR="001D1AE6" w:rsidRPr="001D1AE6" w:rsidTr="001D1AE6">
        <w:sdt>
          <w:sdtPr>
            <w:rPr>
              <w:rFonts w:ascii="Arial" w:eastAsia="Times New Roman" w:hAnsi="Arial" w:cs="Arial"/>
              <w:color w:val="000000"/>
              <w:sz w:val="18"/>
              <w:szCs w:val="18"/>
              <w:lang w:val="de-DE" w:eastAsia="de-DE"/>
            </w:rPr>
            <w:id w:val="1106708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FFFFF"/>
                <w:tcMar>
                  <w:top w:w="20" w:type="dxa"/>
                  <w:left w:w="80" w:type="dxa"/>
                  <w:bottom w:w="20" w:type="dxa"/>
                  <w:right w:w="40" w:type="dxa"/>
                </w:tcMar>
                <w:vAlign w:val="center"/>
                <w:hideMark/>
              </w:tcPr>
              <w:p w:rsidR="001D1AE6" w:rsidRPr="001D1AE6" w:rsidRDefault="00B65B47" w:rsidP="001D1AE6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val="de-DE" w:eastAsia="de-DE"/>
                  </w:rPr>
                </w:pPr>
                <w:r>
                  <w:rPr>
                    <w:rFonts w:ascii="MS Gothic" w:eastAsia="MS Gothic" w:hAnsi="MS Gothic" w:cs="Arial" w:hint="eastAsia"/>
                    <w:color w:val="000000"/>
                    <w:sz w:val="18"/>
                    <w:szCs w:val="18"/>
                    <w:lang w:val="de-DE" w:eastAsia="de-DE"/>
                  </w:rPr>
                  <w:t>☐</w:t>
                </w:r>
              </w:p>
            </w:tc>
          </w:sdtContent>
        </w:sdt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D1AE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Montag,</w:t>
            </w:r>
            <w:r w:rsidRPr="001D1AE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31.05.2027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D1AE6" w:rsidRPr="001D1AE6" w:rsidRDefault="001D1AE6" w:rsidP="001D1A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</w:p>
        </w:tc>
      </w:tr>
    </w:tbl>
    <w:p w:rsidR="005B5394" w:rsidRDefault="005B5394" w:rsidP="006F0F55">
      <w:pPr>
        <w:spacing w:after="0"/>
        <w:rPr>
          <w:rFonts w:ascii="Segoe UI Emoji" w:hAnsi="Segoe UI Emoji" w:cs="Segoe UI Emoji"/>
          <w:sz w:val="10"/>
          <w:szCs w:val="12"/>
          <w:lang w:val="de-DE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33"/>
        <w:gridCol w:w="1454"/>
        <w:gridCol w:w="533"/>
        <w:gridCol w:w="1454"/>
        <w:gridCol w:w="533"/>
        <w:gridCol w:w="1454"/>
        <w:gridCol w:w="533"/>
        <w:gridCol w:w="1454"/>
        <w:gridCol w:w="533"/>
        <w:gridCol w:w="1454"/>
      </w:tblGrid>
      <w:tr w:rsidR="005E4EA6" w:rsidRPr="005E4EA6" w:rsidTr="005E4EA6">
        <w:trPr>
          <w:gridAfter w:val="9"/>
          <w:wAfter w:w="9402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de-DE"/>
              </w:rPr>
            </w:pPr>
          </w:p>
        </w:tc>
      </w:tr>
      <w:tr w:rsidR="005E4EA6" w:rsidRPr="005E4EA6" w:rsidTr="005E4EA6">
        <w:tc>
          <w:tcPr>
            <w:tcW w:w="99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b/>
                <w:bCs/>
                <w:color w:val="17365D"/>
                <w:sz w:val="20"/>
                <w:szCs w:val="20"/>
                <w:lang w:val="de-DE" w:eastAsia="de-DE"/>
              </w:rPr>
              <w:t>Juni 2027</w:t>
            </w:r>
          </w:p>
        </w:tc>
      </w:tr>
      <w:tr w:rsidR="005E4EA6" w:rsidRPr="005E4EA6" w:rsidTr="005E4EA6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 w:eastAsia="de-DE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Dienstag,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01.06.2027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Mittwoch,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02.06.2027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Donnerstag,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03.06.2027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Freitag,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04.06.2027</w:t>
            </w:r>
          </w:p>
        </w:tc>
      </w:tr>
      <w:tr w:rsidR="005E4EA6" w:rsidRPr="005E4EA6" w:rsidTr="005E4EA6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Montag,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07.06.2027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Dienstag,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08.06.2027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Mittwoch,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09.06.2027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Donnerstag,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10.06.2027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Freitag,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11.06.2027</w:t>
            </w:r>
          </w:p>
        </w:tc>
      </w:tr>
      <w:tr w:rsidR="005E4EA6" w:rsidRPr="005E4EA6" w:rsidTr="005E4EA6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Montag,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14.06.2027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Dienstag,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15.06.2027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Mittwoch,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16.06.2027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Donnerstag,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17.06.2027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Freitag,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18.06.2027</w:t>
            </w:r>
          </w:p>
        </w:tc>
      </w:tr>
      <w:tr w:rsidR="005E4EA6" w:rsidRPr="005E4EA6" w:rsidTr="005E4EA6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Montag,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21.06.2027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Dienstag,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22.06.2027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Mittwoch,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23.06.2027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Donnerstag,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24.06.2027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F4F4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Freitag,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25.06.2027</w:t>
            </w:r>
          </w:p>
        </w:tc>
      </w:tr>
      <w:tr w:rsidR="005E4EA6" w:rsidRPr="005E4EA6" w:rsidTr="005E4EA6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Montag,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28.06.2027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Dienstag,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29.06.2027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Mittwoch,</w:t>
            </w:r>
            <w:r w:rsidRPr="005E4EA6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30.06.2027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 w:eastAsia="de-D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 w:eastAsia="de-D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E4EA6" w:rsidRPr="005E4EA6" w:rsidRDefault="005E4EA6" w:rsidP="005E4E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de-DE" w:eastAsia="de-DE"/>
              </w:rPr>
            </w:pPr>
          </w:p>
        </w:tc>
      </w:tr>
    </w:tbl>
    <w:p w:rsidR="00B81072" w:rsidRDefault="00B81072" w:rsidP="006F0F55">
      <w:pPr>
        <w:spacing w:after="0"/>
        <w:rPr>
          <w:rFonts w:ascii="Segoe UI Emoji" w:hAnsi="Segoe UI Emoji" w:cs="Segoe UI Emoji"/>
          <w:sz w:val="10"/>
          <w:szCs w:val="12"/>
          <w:lang w:val="de-DE"/>
        </w:rPr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33"/>
        <w:gridCol w:w="1454"/>
        <w:gridCol w:w="533"/>
        <w:gridCol w:w="1454"/>
        <w:gridCol w:w="533"/>
        <w:gridCol w:w="1454"/>
        <w:gridCol w:w="533"/>
        <w:gridCol w:w="1454"/>
        <w:gridCol w:w="533"/>
        <w:gridCol w:w="1454"/>
      </w:tblGrid>
      <w:tr w:rsidR="001B20B5" w:rsidRPr="001B20B5" w:rsidTr="001B20B5">
        <w:tc>
          <w:tcPr>
            <w:tcW w:w="99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A3A3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b/>
                <w:bCs/>
                <w:color w:val="17365D"/>
                <w:sz w:val="18"/>
                <w:szCs w:val="18"/>
                <w:lang w:val="de-DE" w:eastAsia="de-DE"/>
              </w:rPr>
              <w:t>Juli 2027</w:t>
            </w:r>
          </w:p>
        </w:tc>
      </w:tr>
      <w:tr w:rsidR="001B20B5" w:rsidRPr="001B20B5" w:rsidTr="001B20B5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Donnerstag,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01.07.2027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Freitag,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02.07.2027</w:t>
            </w:r>
          </w:p>
        </w:tc>
      </w:tr>
      <w:tr w:rsidR="001B20B5" w:rsidRPr="001B20B5" w:rsidTr="001B20B5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Montag,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05.07.2027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Dienstag,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06.07.2027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Mittwoch,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07.07.2027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Donnerstag,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08.07.2027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Freitag,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09.07.2027</w:t>
            </w:r>
          </w:p>
        </w:tc>
      </w:tr>
      <w:tr w:rsidR="001B20B5" w:rsidRPr="001B20B5" w:rsidTr="001B20B5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Montag,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12.07.2027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Dienstag,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13.07.2027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Mittwoch,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14.07.2027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Donnerstag,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15.07.2027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Freitag,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16.07.2027</w:t>
            </w:r>
          </w:p>
        </w:tc>
      </w:tr>
      <w:tr w:rsidR="001B20B5" w:rsidRPr="001B20B5" w:rsidTr="001B20B5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Montag,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19.07.2027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Dienstag,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20.07.2027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Mittwoch,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21.07.2027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Donnerstag,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22.07.2027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5E5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Freitag,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23.07.2027</w:t>
            </w:r>
          </w:p>
        </w:tc>
      </w:tr>
      <w:tr w:rsidR="001B20B5" w:rsidRPr="001B20B5" w:rsidTr="001B20B5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Montag,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26.07.2027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Dienstag,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27.07.2027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Mittwoch,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28.07.2027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Donnerstag,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29.07.2027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Segoe UI Symbol" w:eastAsia="Times New Roman" w:hAnsi="Segoe UI Symbol" w:cs="Segoe UI Symbol"/>
                <w:color w:val="000000"/>
                <w:szCs w:val="18"/>
                <w:lang w:val="de-DE" w:eastAsia="de-DE"/>
              </w:rPr>
              <w:t>☐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0" w:type="dxa"/>
              <w:left w:w="80" w:type="dxa"/>
              <w:bottom w:w="20" w:type="dxa"/>
              <w:right w:w="40" w:type="dxa"/>
            </w:tcMar>
            <w:vAlign w:val="center"/>
            <w:hideMark/>
          </w:tcPr>
          <w:p w:rsidR="001B20B5" w:rsidRPr="001B20B5" w:rsidRDefault="001B20B5" w:rsidP="001B20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</w:pP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t>Freitag,</w:t>
            </w:r>
            <w:r w:rsidRPr="001B20B5">
              <w:rPr>
                <w:rFonts w:ascii="Arial" w:eastAsia="Times New Roman" w:hAnsi="Arial" w:cs="Arial"/>
                <w:color w:val="000000"/>
                <w:sz w:val="18"/>
                <w:szCs w:val="18"/>
                <w:lang w:val="de-DE" w:eastAsia="de-DE"/>
              </w:rPr>
              <w:br/>
              <w:t>30.07.2027</w:t>
            </w:r>
          </w:p>
        </w:tc>
      </w:tr>
    </w:tbl>
    <w:p w:rsidR="00C63B82" w:rsidRDefault="00C63B82" w:rsidP="00A468F5">
      <w:pPr>
        <w:spacing w:after="0"/>
        <w:rPr>
          <w:rFonts w:ascii="Segoe UI Emoji" w:hAnsi="Segoe UI Emoji" w:cs="Segoe UI Emoji"/>
          <w:sz w:val="10"/>
          <w:szCs w:val="12"/>
          <w:lang w:val="de-DE"/>
        </w:rPr>
      </w:pPr>
    </w:p>
    <w:p w:rsidR="00C63B82" w:rsidRDefault="00C63B82" w:rsidP="00C63B82">
      <w:pPr>
        <w:rPr>
          <w:lang w:val="de-DE"/>
        </w:rPr>
      </w:pPr>
      <w:r>
        <w:rPr>
          <w:lang w:val="de-DE"/>
        </w:rPr>
        <w:br w:type="page"/>
      </w:r>
    </w:p>
    <w:p w:rsidR="00A468F5" w:rsidRPr="00A468F5" w:rsidRDefault="00A468F5" w:rsidP="00A468F5">
      <w:pPr>
        <w:spacing w:after="0"/>
        <w:rPr>
          <w:rFonts w:ascii="Segoe UI Emoji" w:hAnsi="Segoe UI Emoji" w:cs="Segoe UI Emoji"/>
          <w:sz w:val="10"/>
          <w:lang w:val="de-DE"/>
        </w:rPr>
      </w:pPr>
    </w:p>
    <w:p w:rsidR="00A468F5" w:rsidRPr="004A12EB" w:rsidRDefault="00A468F5" w:rsidP="00A468F5">
      <w:pPr>
        <w:spacing w:after="0"/>
        <w:rPr>
          <w:rFonts w:ascii="Segoe UI Emoji" w:hAnsi="Segoe UI Emoji" w:cs="Segoe UI Emoji"/>
          <w:sz w:val="12"/>
          <w:szCs w:val="12"/>
          <w:lang w:val="de-DE"/>
        </w:rPr>
      </w:pPr>
    </w:p>
    <w:p w:rsidR="00C037F1" w:rsidRPr="00A468F5" w:rsidRDefault="009C251C" w:rsidP="00F37FB4">
      <w:pPr>
        <w:pStyle w:val="berschrift1"/>
        <w:spacing w:before="0"/>
        <w:rPr>
          <w:rFonts w:ascii="Segoe UI Emoji" w:hAnsi="Segoe UI Emoji" w:cs="Segoe UI Emoji"/>
          <w:color w:val="auto"/>
          <w:sz w:val="22"/>
          <w:lang w:val="de-DE"/>
        </w:rPr>
      </w:pPr>
      <w:r w:rsidRPr="00A468F5">
        <w:rPr>
          <w:rFonts w:ascii="Segoe UI Emoji" w:hAnsi="Segoe UI Emoji" w:cs="Segoe UI Emoji"/>
          <w:color w:val="auto"/>
          <w:sz w:val="22"/>
        </w:rPr>
        <w:t>💻</w:t>
      </w:r>
      <w:r w:rsidRPr="00A468F5">
        <w:rPr>
          <w:rFonts w:ascii="Segoe UI Emoji" w:hAnsi="Segoe UI Emoji" w:cs="Segoe UI Emoji"/>
          <w:color w:val="auto"/>
          <w:sz w:val="22"/>
          <w:lang w:val="de-DE"/>
        </w:rPr>
        <w:t xml:space="preserve"> </w:t>
      </w:r>
      <w:r w:rsidR="005A1B54" w:rsidRPr="00A468F5">
        <w:rPr>
          <w:rFonts w:ascii="Segoe UI Emoji" w:hAnsi="Segoe UI Emoji" w:cs="Segoe UI Emoji"/>
          <w:color w:val="auto"/>
          <w:sz w:val="22"/>
          <w:lang w:val="de-DE"/>
        </w:rPr>
        <w:t xml:space="preserve">Zusätzlicher </w:t>
      </w:r>
      <w:r w:rsidRPr="00A468F5">
        <w:rPr>
          <w:rFonts w:ascii="Segoe UI Emoji" w:hAnsi="Segoe UI Emoji" w:cs="Segoe UI Emoji"/>
          <w:color w:val="auto"/>
          <w:sz w:val="22"/>
          <w:lang w:val="de-DE"/>
        </w:rPr>
        <w:t xml:space="preserve">Wunschtermin </w:t>
      </w:r>
      <w:r w:rsidR="0070199D">
        <w:rPr>
          <w:rFonts w:ascii="Segoe UI Emoji" w:hAnsi="Segoe UI Emoji" w:cs="Segoe UI Emoji"/>
          <w:color w:val="auto"/>
          <w:sz w:val="22"/>
          <w:lang w:val="de-DE"/>
        </w:rPr>
        <w:t>– evtl. können wir andere Termine realisieren</w:t>
      </w:r>
    </w:p>
    <w:p w:rsidR="00C037F1" w:rsidRPr="00981F39" w:rsidRDefault="00981F39">
      <w:pPr>
        <w:rPr>
          <w:lang w:val="de-DE"/>
        </w:rPr>
      </w:pPr>
      <w:r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  <w:t xml:space="preserve">Gerne realisieren wir einen Wunschtermin, sofern seitens der Terminlage von Stephanie Ingrid Müller möglich, da An- und Abreise </w:t>
      </w:r>
      <w:r w:rsidR="0070199D">
        <w:rPr>
          <w:rFonts w:asciiTheme="majorHAnsi" w:eastAsiaTheme="majorEastAsia" w:hAnsiTheme="majorHAnsi" w:cstheme="majorBidi"/>
          <w:bCs/>
          <w:color w:val="365F91" w:themeColor="accent1" w:themeShade="BF"/>
          <w:sz w:val="16"/>
          <w:szCs w:val="28"/>
          <w:lang w:val="de-DE"/>
        </w:rPr>
        <w:t>kombinierbar sein müssen.</w:t>
      </w:r>
    </w:p>
    <w:tbl>
      <w:tblPr>
        <w:tblStyle w:val="Tabellenraster"/>
        <w:tblpPr w:leftFromText="141" w:rightFromText="141" w:vertAnchor="text" w:horzAnchor="margin" w:tblpY="2"/>
        <w:tblW w:w="0" w:type="auto"/>
        <w:tblLook w:val="04A0" w:firstRow="1" w:lastRow="0" w:firstColumn="1" w:lastColumn="0" w:noHBand="0" w:noVBand="1"/>
      </w:tblPr>
      <w:tblGrid>
        <w:gridCol w:w="8780"/>
      </w:tblGrid>
      <w:tr w:rsidR="00981F39" w:rsidRPr="00082AA0" w:rsidTr="00981F39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-1326124876"/>
            <w:placeholder>
              <w:docPart w:val="E032EC1D8B5444F89E9F150BA11F1664"/>
            </w:placeholder>
            <w:showingPlcHdr/>
          </w:sdtPr>
          <w:sdtContent>
            <w:tc>
              <w:tcPr>
                <w:tcW w:w="8780" w:type="dxa"/>
              </w:tcPr>
              <w:p w:rsidR="00981F39" w:rsidRPr="005E49A0" w:rsidRDefault="00EF1212" w:rsidP="00981F39">
                <w:pPr>
                  <w:rPr>
                    <w:color w:val="000000" w:themeColor="text1"/>
                    <w:lang w:val="de-DE"/>
                  </w:rPr>
                </w:pPr>
                <w:r w:rsidRPr="00EF1212">
                  <w:rPr>
                    <w:rStyle w:val="Platzhaltertext"/>
                    <w:color w:val="000000" w:themeColor="text1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035C9E" w:rsidRPr="007F5715" w:rsidRDefault="00035C9E" w:rsidP="00877130">
      <w:pPr>
        <w:pStyle w:val="berschrift1"/>
        <w:spacing w:before="0" w:line="240" w:lineRule="auto"/>
        <w:rPr>
          <w:rFonts w:ascii="Segoe UI Emoji" w:hAnsi="Segoe UI Emoji" w:cs="Segoe UI Emoji"/>
          <w:color w:val="auto"/>
          <w:sz w:val="32"/>
          <w:lang w:val="de-DE"/>
        </w:rPr>
      </w:pPr>
    </w:p>
    <w:p w:rsidR="00C037F1" w:rsidRPr="00A468F5" w:rsidRDefault="009C251C" w:rsidP="00F37FB4">
      <w:pPr>
        <w:pStyle w:val="berschrift1"/>
        <w:spacing w:before="0"/>
        <w:rPr>
          <w:rFonts w:ascii="Segoe UI Emoji" w:hAnsi="Segoe UI Emoji" w:cs="Segoe UI Emoji"/>
          <w:color w:val="auto"/>
          <w:sz w:val="22"/>
          <w:lang w:val="de-DE"/>
        </w:rPr>
      </w:pPr>
      <w:r w:rsidRPr="00A468F5">
        <w:rPr>
          <w:rFonts w:ascii="Segoe UI Emoji" w:hAnsi="Segoe UI Emoji" w:cs="Segoe UI Emoji"/>
          <w:color w:val="auto"/>
          <w:sz w:val="22"/>
        </w:rPr>
        <w:t>📎</w:t>
      </w:r>
      <w:r w:rsidRPr="00A468F5">
        <w:rPr>
          <w:rFonts w:ascii="Segoe UI Emoji" w:hAnsi="Segoe UI Emoji" w:cs="Segoe UI Emoji"/>
          <w:color w:val="auto"/>
          <w:sz w:val="22"/>
          <w:lang w:val="de-DE"/>
        </w:rPr>
        <w:t xml:space="preserve"> </w:t>
      </w:r>
      <w:r w:rsidR="006D512E" w:rsidRPr="00A468F5">
        <w:rPr>
          <w:rFonts w:ascii="Segoe UI Emoji" w:hAnsi="Segoe UI Emoji" w:cs="Segoe UI Emoji"/>
          <w:color w:val="auto"/>
          <w:sz w:val="22"/>
          <w:lang w:val="de-DE"/>
        </w:rPr>
        <w:t>Sie möchten uns noch etwas mitteilen?</w:t>
      </w:r>
    </w:p>
    <w:tbl>
      <w:tblPr>
        <w:tblStyle w:val="Tabellenraster"/>
        <w:tblpPr w:leftFromText="141" w:rightFromText="141" w:vertAnchor="text" w:horzAnchor="margin" w:tblpY="141"/>
        <w:tblW w:w="0" w:type="auto"/>
        <w:tblLook w:val="04A0" w:firstRow="1" w:lastRow="0" w:firstColumn="1" w:lastColumn="0" w:noHBand="0" w:noVBand="1"/>
      </w:tblPr>
      <w:tblGrid>
        <w:gridCol w:w="8780"/>
      </w:tblGrid>
      <w:tr w:rsidR="006F0F55" w:rsidRPr="00082AA0" w:rsidTr="006F0F55">
        <w:trPr>
          <w:trHeight w:hRule="exact" w:val="680"/>
        </w:trPr>
        <w:sdt>
          <w:sdtPr>
            <w:rPr>
              <w:color w:val="000000" w:themeColor="text1"/>
              <w:lang w:val="de-DE"/>
            </w:rPr>
            <w:id w:val="1799791919"/>
            <w:placeholder>
              <w:docPart w:val="9C384FF71AD24C4382322E9D84F738D8"/>
            </w:placeholder>
            <w:showingPlcHdr/>
          </w:sdtPr>
          <w:sdtContent>
            <w:tc>
              <w:tcPr>
                <w:tcW w:w="8780" w:type="dxa"/>
              </w:tcPr>
              <w:p w:rsidR="006F0F55" w:rsidRPr="005E49A0" w:rsidRDefault="006F0F55" w:rsidP="006F0F55">
                <w:pPr>
                  <w:rPr>
                    <w:color w:val="000000" w:themeColor="text1"/>
                    <w:lang w:val="de-DE"/>
                  </w:rPr>
                </w:pPr>
                <w:r w:rsidRPr="005E49A0">
                  <w:rPr>
                    <w:rStyle w:val="Platzhaltertext"/>
                    <w:color w:val="000000" w:themeColor="text1"/>
                    <w:lang w:val="de-DE"/>
                  </w:rPr>
                  <w:t>Klicken oder tippen Sie hier, um Text einzugeben.</w:t>
                </w:r>
              </w:p>
            </w:tc>
          </w:sdtContent>
        </w:sdt>
      </w:tr>
    </w:tbl>
    <w:p w:rsidR="00C037F1" w:rsidRDefault="00C037F1">
      <w:pPr>
        <w:rPr>
          <w:lang w:val="de-DE"/>
        </w:rPr>
      </w:pPr>
    </w:p>
    <w:p w:rsidR="006F1525" w:rsidRDefault="006F1525">
      <w:pPr>
        <w:rPr>
          <w:lang w:val="de-DE"/>
        </w:rPr>
      </w:pPr>
    </w:p>
    <w:p w:rsidR="00AD7362" w:rsidRPr="00536436" w:rsidRDefault="006F1525" w:rsidP="00C20A57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8"/>
          <w:u w:val="single"/>
          <w:lang w:val="de-DE"/>
        </w:rPr>
      </w:pPr>
      <w:r w:rsidRPr="00A468F5">
        <w:rPr>
          <w:rFonts w:ascii="Segoe UI Emoji" w:eastAsiaTheme="majorEastAsia" w:hAnsi="Segoe UI Emoji" w:cs="Segoe UI Emoji"/>
          <w:b/>
          <w:bCs/>
          <w:szCs w:val="28"/>
          <w:lang w:val="de-DE"/>
        </w:rPr>
        <w:t>Einverständniserklärung zur Datenverarbeitung *</w:t>
      </w:r>
      <w:r w:rsidR="00FC6F5D" w:rsidRPr="00A468F5">
        <w:rPr>
          <w:rFonts w:ascii="Segoe UI Emoji" w:eastAsiaTheme="majorEastAsia" w:hAnsi="Segoe UI Emoji" w:cs="Segoe UI Emoji"/>
          <w:b/>
          <w:bCs/>
          <w:szCs w:val="28"/>
          <w:lang w:val="de-DE"/>
        </w:rPr>
        <w:t xml:space="preserve"> </w:t>
      </w:r>
      <w:r w:rsidR="00FC6F5D" w:rsidRPr="00922CA5">
        <w:rPr>
          <w:rFonts w:ascii="Segoe UI Emoji" w:eastAsiaTheme="majorEastAsia" w:hAnsi="Segoe UI Emoji" w:cs="Segoe UI Emoji"/>
          <w:b/>
          <w:bCs/>
          <w:szCs w:val="28"/>
          <w:highlight w:val="yellow"/>
          <w:lang w:val="de-DE"/>
        </w:rPr>
        <w:t>- Pflichtfeld</w:t>
      </w:r>
      <w:r w:rsidR="00AA7F76" w:rsidRPr="00A468F5">
        <w:rPr>
          <w:rFonts w:ascii="Segoe UI Emoji" w:eastAsiaTheme="majorEastAsia" w:hAnsi="Segoe UI Emoji" w:cs="Segoe UI Emoji"/>
          <w:b/>
          <w:bCs/>
          <w:szCs w:val="28"/>
          <w:lang w:val="de-DE"/>
        </w:rPr>
        <w:br/>
      </w:r>
      <w:r w:rsidR="00AD7362" w:rsidRPr="00536436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8"/>
          <w:u w:val="single"/>
          <w:lang w:val="de-DE"/>
        </w:rPr>
        <w:t xml:space="preserve">Ihre Bewerbung kann nur berücksichtigt werden, wenn alle </w:t>
      </w:r>
      <w:r w:rsidR="00FC6F5D" w:rsidRPr="00536436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8"/>
          <w:u w:val="single"/>
          <w:lang w:val="de-DE"/>
        </w:rPr>
        <w:t xml:space="preserve">* </w:t>
      </w:r>
      <w:r w:rsidR="00AD7362" w:rsidRPr="00536436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0"/>
          <w:szCs w:val="28"/>
          <w:u w:val="single"/>
          <w:lang w:val="de-DE"/>
        </w:rPr>
        <w:t xml:space="preserve">Pflichtfelder im Formular vollständig ausgefüllt wurden. </w:t>
      </w:r>
    </w:p>
    <w:p w:rsidR="006F1525" w:rsidRPr="00CC6F1B" w:rsidRDefault="001952D4" w:rsidP="00C20A57">
      <w:pPr>
        <w:spacing w:after="0" w:line="240" w:lineRule="auto"/>
        <w:rPr>
          <w:rFonts w:asciiTheme="majorHAnsi" w:hAnsiTheme="majorHAnsi" w:cstheme="majorHAnsi"/>
          <w:sz w:val="20"/>
          <w:lang w:val="de-DE"/>
        </w:rPr>
      </w:pPr>
      <w:sdt>
        <w:sdtPr>
          <w:rPr>
            <w:sz w:val="20"/>
            <w:lang w:val="de-DE"/>
          </w:rPr>
          <w:id w:val="1518890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1212">
            <w:rPr>
              <w:rFonts w:ascii="MS Gothic" w:eastAsia="MS Gothic" w:hAnsi="MS Gothic" w:hint="eastAsia"/>
              <w:sz w:val="20"/>
              <w:lang w:val="de-DE"/>
            </w:rPr>
            <w:t>☐</w:t>
          </w:r>
        </w:sdtContent>
      </w:sdt>
      <w:r w:rsidR="00AA7F76" w:rsidRPr="00CC6F1B">
        <w:rPr>
          <w:sz w:val="20"/>
          <w:lang w:val="de-DE"/>
        </w:rPr>
        <w:t xml:space="preserve"> </w:t>
      </w:r>
      <w:r w:rsidR="006F1525"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>Ich bin damit einverstanden, dass meine Angaben zur Bearbeitung meiner Anfrage im Rahmen der Fortbildungsinitiative vom Mediastep-Institut verarbeitet und gespeichert werden.</w:t>
      </w:r>
      <w:r w:rsidR="006F1525"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br/>
        <w:t>Ich habe die Hinweise zum Datenschutz gelesen und verstanden.</w:t>
      </w:r>
      <w:r w:rsidR="00AA7F76"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br/>
      </w:r>
      <w:r w:rsidR="006F1525"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 xml:space="preserve">Weitere Informationen unter: </w:t>
      </w:r>
      <w:hyperlink r:id="rId8" w:history="1">
        <w:r w:rsidR="006F1525" w:rsidRPr="00CC6F1B">
          <w:rPr>
            <w:rStyle w:val="Hyperlink"/>
            <w:rFonts w:asciiTheme="majorHAnsi" w:hAnsiTheme="majorHAnsi" w:cstheme="majorHAnsi"/>
            <w:sz w:val="20"/>
            <w:lang w:val="de-DE"/>
          </w:rPr>
          <w:t>https://uebergang.mediastep-institut.de/datenschutzerklaerung/</w:t>
        </w:r>
      </w:hyperlink>
    </w:p>
    <w:p w:rsidR="00C20A57" w:rsidRPr="00AA7F76" w:rsidRDefault="00C20A57" w:rsidP="00C20A57">
      <w:pPr>
        <w:spacing w:after="0" w:line="240" w:lineRule="auto"/>
        <w:rPr>
          <w:rFonts w:asciiTheme="majorHAnsi" w:hAnsiTheme="majorHAnsi" w:cstheme="majorHAnsi"/>
          <w:lang w:val="de-DE"/>
        </w:rPr>
      </w:pPr>
    </w:p>
    <w:p w:rsidR="004C715C" w:rsidRPr="00CC6F1B" w:rsidRDefault="001952D4">
      <w:pPr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</w:pPr>
      <w:sdt>
        <w:sdtPr>
          <w:rPr>
            <w:rFonts w:ascii="Segoe UI Emoji" w:eastAsiaTheme="majorEastAsia" w:hAnsi="Segoe UI Emoji" w:cs="Segoe UI Emoji"/>
            <w:b/>
            <w:bCs/>
            <w:szCs w:val="28"/>
            <w:lang w:val="de-DE"/>
          </w:rPr>
          <w:id w:val="-472826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715C" w:rsidRPr="00A468F5">
            <w:rPr>
              <w:rFonts w:ascii="Segoe UI Emoji" w:eastAsiaTheme="majorEastAsia" w:hAnsi="Segoe UI Emoji" w:cs="Segoe UI Emoji" w:hint="eastAsia"/>
              <w:b/>
              <w:bCs/>
              <w:szCs w:val="28"/>
              <w:lang w:val="de-DE"/>
            </w:rPr>
            <w:t>☐</w:t>
          </w:r>
        </w:sdtContent>
      </w:sdt>
      <w:r w:rsidR="004C715C" w:rsidRPr="00A468F5">
        <w:rPr>
          <w:rFonts w:ascii="Segoe UI Emoji" w:eastAsiaTheme="majorEastAsia" w:hAnsi="Segoe UI Emoji" w:cs="Segoe UI Emoji"/>
          <w:b/>
          <w:bCs/>
          <w:szCs w:val="28"/>
          <w:lang w:val="de-DE"/>
        </w:rPr>
        <w:t xml:space="preserve"> Infodienst-Aufnahme (optional)</w:t>
      </w:r>
      <w:r w:rsidR="004C715C" w:rsidRPr="00A468F5">
        <w:rPr>
          <w:rFonts w:ascii="Segoe UI Emoji" w:eastAsiaTheme="majorEastAsia" w:hAnsi="Segoe UI Emoji" w:cs="Segoe UI Emoji"/>
          <w:b/>
          <w:bCs/>
          <w:szCs w:val="28"/>
          <w:lang w:val="de-DE"/>
        </w:rPr>
        <w:br/>
      </w:r>
      <w:r w:rsidR="004C715C"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>Bitte anklicken, wenn Sie gelegentlich über weitere besondere Fortbildungsangebote oder Impulse aus dem Mediastep-Institut informiert werden</w:t>
      </w:r>
      <w:r w:rsidR="00AA7F76"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 xml:space="preserve"> möchten.</w:t>
      </w:r>
      <w:r w:rsidR="004C715C" w:rsidRPr="00CC6F1B"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val="de-DE"/>
        </w:rPr>
        <w:t xml:space="preserve"> (Keine Werbung, kein Newsletter – sondern ein persönlicher Infodienst mit ausgewählten Informationen.)</w:t>
      </w:r>
    </w:p>
    <w:p w:rsidR="00F241E6" w:rsidRDefault="00F241E6" w:rsidP="00F241E6">
      <w:pPr>
        <w:pStyle w:val="berschrift1"/>
        <w:spacing w:before="0"/>
        <w:rPr>
          <w:rFonts w:ascii="Segoe UI Emoji" w:hAnsi="Segoe UI Emoji" w:cs="Segoe UI Emoji"/>
          <w:color w:val="auto"/>
          <w:sz w:val="22"/>
          <w:lang w:val="de-DE"/>
        </w:rPr>
      </w:pPr>
      <w:r w:rsidRPr="00A468F5">
        <w:rPr>
          <w:rFonts w:ascii="Segoe UI Emoji" w:hAnsi="Segoe UI Emoji" w:cs="Segoe UI Emoji"/>
          <w:color w:val="auto"/>
          <w:sz w:val="22"/>
        </w:rPr>
        <w:t>🔒</w:t>
      </w:r>
      <w:r w:rsidRPr="00A468F5">
        <w:rPr>
          <w:rFonts w:ascii="Segoe UI Emoji" w:hAnsi="Segoe UI Emoji" w:cs="Segoe UI Emoji"/>
          <w:color w:val="auto"/>
          <w:sz w:val="22"/>
          <w:lang w:val="de-DE"/>
        </w:rPr>
        <w:t xml:space="preserve"> Abschluss und Versand Ihrer Bewerbung - Bitte beachten Sie:</w:t>
      </w:r>
    </w:p>
    <w:p w:rsidR="003F0668" w:rsidRPr="003F0668" w:rsidRDefault="003F0668" w:rsidP="003F0668">
      <w:pPr>
        <w:spacing w:after="0"/>
        <w:rPr>
          <w:sz w:val="12"/>
          <w:lang w:val="de-DE"/>
        </w:rPr>
      </w:pPr>
    </w:p>
    <w:p w:rsidR="00F241E6" w:rsidRPr="006935D6" w:rsidRDefault="00F241E6" w:rsidP="00F241E6">
      <w:pPr>
        <w:pStyle w:val="StandardWeb"/>
        <w:spacing w:before="0" w:beforeAutospacing="0" w:after="0" w:afterAutospacing="0"/>
        <w:rPr>
          <w:rFonts w:asciiTheme="majorHAnsi" w:hAnsiTheme="majorHAnsi" w:cstheme="majorHAnsi"/>
          <w:color w:val="365F91" w:themeColor="accent1" w:themeShade="BF"/>
          <w:szCs w:val="20"/>
        </w:rPr>
      </w:pPr>
      <w:r w:rsidRPr="006935D6">
        <w:rPr>
          <w:rFonts w:asciiTheme="majorHAnsi" w:hAnsiTheme="majorHAnsi" w:cstheme="majorHAnsi"/>
          <w:color w:val="365F91" w:themeColor="accent1" w:themeShade="BF"/>
          <w:szCs w:val="20"/>
          <w:highlight w:val="yellow"/>
        </w:rPr>
        <w:t xml:space="preserve">Ihre Bewerbung kann </w:t>
      </w:r>
      <w:r w:rsidRPr="006935D6">
        <w:rPr>
          <w:rStyle w:val="Fett"/>
          <w:rFonts w:asciiTheme="majorHAnsi" w:hAnsiTheme="majorHAnsi" w:cstheme="majorHAnsi"/>
          <w:color w:val="365F91" w:themeColor="accent1" w:themeShade="BF"/>
          <w:szCs w:val="20"/>
          <w:highlight w:val="yellow"/>
        </w:rPr>
        <w:t>nur berücksichtigt werden</w:t>
      </w:r>
      <w:r w:rsidRPr="006935D6">
        <w:rPr>
          <w:rFonts w:asciiTheme="majorHAnsi" w:hAnsiTheme="majorHAnsi" w:cstheme="majorHAnsi"/>
          <w:color w:val="365F91" w:themeColor="accent1" w:themeShade="BF"/>
          <w:szCs w:val="20"/>
          <w:highlight w:val="yellow"/>
        </w:rPr>
        <w:t xml:space="preserve">, wenn </w:t>
      </w:r>
      <w:r w:rsidRPr="006935D6">
        <w:rPr>
          <w:rStyle w:val="Fett"/>
          <w:rFonts w:asciiTheme="majorHAnsi" w:hAnsiTheme="majorHAnsi" w:cstheme="majorHAnsi"/>
          <w:color w:val="365F91" w:themeColor="accent1" w:themeShade="BF"/>
          <w:szCs w:val="20"/>
          <w:highlight w:val="yellow"/>
        </w:rPr>
        <w:t>alle Pflichtfelder vollständig ausgefüllt</w:t>
      </w:r>
      <w:r w:rsidRPr="006935D6">
        <w:rPr>
          <w:rFonts w:asciiTheme="majorHAnsi" w:hAnsiTheme="majorHAnsi" w:cstheme="majorHAnsi"/>
          <w:color w:val="365F91" w:themeColor="accent1" w:themeShade="BF"/>
          <w:szCs w:val="20"/>
          <w:highlight w:val="yellow"/>
        </w:rPr>
        <w:t xml:space="preserve"> wurden.</w:t>
      </w:r>
    </w:p>
    <w:p w:rsidR="00F241E6" w:rsidRPr="006935D6" w:rsidRDefault="00F241E6" w:rsidP="00F241E6">
      <w:pPr>
        <w:pStyle w:val="StandardWeb"/>
        <w:spacing w:before="0" w:beforeAutospacing="0" w:after="0" w:afterAutospacing="0"/>
        <w:rPr>
          <w:rFonts w:asciiTheme="majorHAnsi" w:hAnsiTheme="majorHAnsi" w:cstheme="majorHAnsi"/>
          <w:color w:val="365F91" w:themeColor="accent1" w:themeShade="BF"/>
          <w:szCs w:val="20"/>
        </w:rPr>
      </w:pPr>
      <w:r w:rsidRPr="006935D6">
        <w:rPr>
          <w:rStyle w:val="Fett"/>
          <w:rFonts w:asciiTheme="majorHAnsi" w:hAnsiTheme="majorHAnsi" w:cstheme="majorHAnsi"/>
          <w:color w:val="365F91" w:themeColor="accent1" w:themeShade="BF"/>
          <w:szCs w:val="20"/>
        </w:rPr>
        <w:t>Speichern Sie das ausgefüllte Formular</w:t>
      </w:r>
      <w:r w:rsidRPr="006935D6">
        <w:rPr>
          <w:rFonts w:asciiTheme="majorHAnsi" w:hAnsiTheme="majorHAnsi" w:cstheme="majorHAnsi"/>
          <w:color w:val="365F91" w:themeColor="accent1" w:themeShade="BF"/>
          <w:szCs w:val="20"/>
        </w:rPr>
        <w:t xml:space="preserve"> auf Ihrem Gerät </w:t>
      </w:r>
      <w:r w:rsidRPr="00A468F5">
        <w:rPr>
          <w:rFonts w:asciiTheme="majorHAnsi" w:hAnsiTheme="majorHAnsi" w:cstheme="majorHAnsi"/>
          <w:color w:val="365F91" w:themeColor="accent1" w:themeShade="BF"/>
          <w:szCs w:val="20"/>
          <w:highlight w:val="yellow"/>
        </w:rPr>
        <w:t>(nur als Word-Datei</w:t>
      </w:r>
      <w:r>
        <w:rPr>
          <w:rFonts w:asciiTheme="majorHAnsi" w:hAnsiTheme="majorHAnsi" w:cstheme="majorHAnsi"/>
          <w:color w:val="365F91" w:themeColor="accent1" w:themeShade="BF"/>
          <w:szCs w:val="20"/>
          <w:highlight w:val="yellow"/>
        </w:rPr>
        <w:t>‼‼‼</w:t>
      </w:r>
      <w:r w:rsidRPr="00A468F5">
        <w:rPr>
          <w:rFonts w:asciiTheme="majorHAnsi" w:hAnsiTheme="majorHAnsi" w:cstheme="majorHAnsi"/>
          <w:color w:val="365F91" w:themeColor="accent1" w:themeShade="BF"/>
          <w:szCs w:val="20"/>
          <w:highlight w:val="yellow"/>
        </w:rPr>
        <w:t>).</w:t>
      </w:r>
    </w:p>
    <w:p w:rsidR="00F241E6" w:rsidRPr="00A468F5" w:rsidRDefault="00F241E6" w:rsidP="00F241E6">
      <w:pPr>
        <w:pStyle w:val="StandardWeb"/>
        <w:spacing w:before="0" w:beforeAutospacing="0" w:after="0" w:afterAutospacing="0"/>
        <w:rPr>
          <w:rStyle w:val="Fett"/>
          <w:rFonts w:asciiTheme="majorHAnsi" w:hAnsiTheme="majorHAnsi" w:cstheme="majorHAnsi"/>
          <w:color w:val="365F91" w:themeColor="accent1" w:themeShade="BF"/>
          <w:sz w:val="36"/>
          <w:szCs w:val="20"/>
          <w:highlight w:val="yellow"/>
        </w:rPr>
      </w:pPr>
      <w:r w:rsidRPr="00A468F5">
        <w:rPr>
          <w:rStyle w:val="Fett"/>
          <w:rFonts w:asciiTheme="majorHAnsi" w:hAnsiTheme="majorHAnsi" w:cstheme="majorHAnsi"/>
          <w:color w:val="365F91" w:themeColor="accent1" w:themeShade="BF"/>
          <w:sz w:val="36"/>
          <w:szCs w:val="20"/>
          <w:highlight w:val="yellow"/>
        </w:rPr>
        <w:t xml:space="preserve">Senden Sie es anschließend </w:t>
      </w:r>
      <w:r>
        <w:rPr>
          <w:rStyle w:val="Fett"/>
          <w:rFonts w:asciiTheme="majorHAnsi" w:hAnsiTheme="majorHAnsi" w:cstheme="majorHAnsi"/>
          <w:color w:val="365F91" w:themeColor="accent1" w:themeShade="BF"/>
          <w:sz w:val="36"/>
          <w:szCs w:val="20"/>
          <w:highlight w:val="yellow"/>
        </w:rPr>
        <w:t>das ausgefüllte WORD-Formular als</w:t>
      </w:r>
      <w:r w:rsidRPr="00A468F5">
        <w:rPr>
          <w:rStyle w:val="Fett"/>
          <w:rFonts w:asciiTheme="majorHAnsi" w:hAnsiTheme="majorHAnsi" w:cstheme="majorHAnsi"/>
          <w:color w:val="365F91" w:themeColor="accent1" w:themeShade="BF"/>
          <w:sz w:val="36"/>
          <w:szCs w:val="20"/>
          <w:highlight w:val="yellow"/>
        </w:rPr>
        <w:t xml:space="preserve"> Anhang per E-Mail</w:t>
      </w:r>
      <w:r w:rsidRPr="00A468F5">
        <w:rPr>
          <w:rFonts w:asciiTheme="majorHAnsi" w:hAnsiTheme="majorHAnsi" w:cstheme="majorHAnsi"/>
          <w:color w:val="365F91" w:themeColor="accent1" w:themeShade="BF"/>
          <w:sz w:val="36"/>
          <w:szCs w:val="20"/>
          <w:highlight w:val="yellow"/>
        </w:rPr>
        <w:t xml:space="preserve"> an: </w:t>
      </w:r>
      <w:hyperlink r:id="rId9" w:history="1">
        <w:r w:rsidRPr="00A468F5">
          <w:rPr>
            <w:rStyle w:val="Hyperlink"/>
            <w:rFonts w:asciiTheme="majorHAnsi" w:hAnsiTheme="majorHAnsi" w:cstheme="majorHAnsi"/>
            <w:b/>
            <w:color w:val="0000BF" w:themeColor="hyperlink" w:themeShade="BF"/>
            <w:sz w:val="36"/>
            <w:szCs w:val="20"/>
            <w:highlight w:val="yellow"/>
          </w:rPr>
          <w:t>bewerbung.initiative@mediastep-institut.de</w:t>
        </w:r>
      </w:hyperlink>
    </w:p>
    <w:p w:rsidR="00F241E6" w:rsidRDefault="00F241E6" w:rsidP="00F241E6">
      <w:pPr>
        <w:pStyle w:val="StandardWeb"/>
        <w:spacing w:before="0" w:beforeAutospacing="0" w:after="0" w:afterAutospacing="0"/>
        <w:jc w:val="center"/>
        <w:rPr>
          <w:rFonts w:asciiTheme="majorHAnsi" w:eastAsiaTheme="majorEastAsia" w:hAnsiTheme="majorHAnsi" w:cstheme="majorBidi"/>
          <w:bCs/>
          <w:color w:val="365F91" w:themeColor="accent1" w:themeShade="BF"/>
          <w:szCs w:val="28"/>
          <w:lang w:eastAsia="en-US"/>
        </w:rPr>
      </w:pPr>
    </w:p>
    <w:p w:rsidR="00F241E6" w:rsidRDefault="00F241E6" w:rsidP="00F241E6">
      <w:pPr>
        <w:pStyle w:val="StandardWeb"/>
        <w:spacing w:before="0" w:beforeAutospacing="0" w:after="0" w:afterAutospacing="0"/>
        <w:jc w:val="center"/>
        <w:rPr>
          <w:rFonts w:asciiTheme="majorHAnsi" w:eastAsiaTheme="majorEastAsia" w:hAnsiTheme="majorHAnsi" w:cstheme="majorBidi"/>
          <w:bCs/>
          <w:color w:val="365F91" w:themeColor="accent1" w:themeShade="BF"/>
          <w:szCs w:val="28"/>
          <w:lang w:eastAsia="en-US"/>
        </w:rPr>
      </w:pPr>
      <w:r w:rsidRPr="007C3E0A">
        <w:rPr>
          <w:rFonts w:asciiTheme="majorHAnsi" w:eastAsiaTheme="majorEastAsia" w:hAnsiTheme="majorHAnsi" w:cstheme="majorBidi"/>
          <w:bCs/>
          <w:color w:val="365F91" w:themeColor="accent1" w:themeShade="BF"/>
          <w:szCs w:val="28"/>
          <w:lang w:eastAsia="en-US"/>
        </w:rPr>
        <w:t>Vielen Dank für Ihre Bewerbung und Ihr Interesse an einer Fortbildung/Ausbildungseinheit</w:t>
      </w:r>
      <w:r>
        <w:rPr>
          <w:rFonts w:asciiTheme="majorHAnsi" w:eastAsiaTheme="majorEastAsia" w:hAnsiTheme="majorHAnsi" w:cstheme="majorBidi"/>
          <w:bCs/>
          <w:color w:val="365F91" w:themeColor="accent1" w:themeShade="BF"/>
          <w:szCs w:val="28"/>
          <w:lang w:eastAsia="en-US"/>
        </w:rPr>
        <w:br/>
      </w:r>
      <w:r w:rsidRPr="007C3E0A">
        <w:rPr>
          <w:rFonts w:asciiTheme="majorHAnsi" w:eastAsiaTheme="majorEastAsia" w:hAnsiTheme="majorHAnsi" w:cstheme="majorBidi"/>
          <w:bCs/>
          <w:color w:val="365F91" w:themeColor="accent1" w:themeShade="BF"/>
          <w:szCs w:val="28"/>
          <w:lang w:eastAsia="en-US"/>
        </w:rPr>
        <w:t>mit Stephanie Ingrid Müller im Rahmen der Aus- und Fortbildungsinitiative unterstützt von Faber-Castell.</w:t>
      </w:r>
    </w:p>
    <w:p w:rsidR="00F241E6" w:rsidRPr="007C3E0A" w:rsidRDefault="00F241E6" w:rsidP="00F241E6">
      <w:pPr>
        <w:pStyle w:val="StandardWeb"/>
        <w:spacing w:before="0" w:beforeAutospacing="0" w:after="0" w:afterAutospacing="0"/>
        <w:jc w:val="center"/>
        <w:rPr>
          <w:rFonts w:asciiTheme="majorHAnsi" w:eastAsiaTheme="majorEastAsia" w:hAnsiTheme="majorHAnsi" w:cstheme="majorBidi"/>
          <w:bCs/>
          <w:color w:val="365F91" w:themeColor="accent1" w:themeShade="BF"/>
          <w:szCs w:val="28"/>
          <w:lang w:eastAsia="en-US"/>
        </w:rPr>
      </w:pPr>
    </w:p>
    <w:p w:rsidR="006F1525" w:rsidRPr="00F241E6" w:rsidRDefault="006F1525" w:rsidP="00877130">
      <w:pPr>
        <w:spacing w:line="240" w:lineRule="auto"/>
        <w:rPr>
          <w:sz w:val="14"/>
          <w:lang w:val="de-DE"/>
        </w:rPr>
      </w:pPr>
      <w:r w:rsidRPr="00F241E6">
        <w:rPr>
          <w:rFonts w:ascii="Segoe UI Emoji" w:eastAsiaTheme="majorEastAsia" w:hAnsi="Segoe UI Emoji" w:cs="Segoe UI Emoji"/>
          <w:b/>
          <w:bCs/>
          <w:sz w:val="16"/>
          <w:szCs w:val="28"/>
          <w:lang w:val="de-DE"/>
        </w:rPr>
        <w:t>Veranstalterin</w:t>
      </w:r>
      <w:r w:rsidRPr="00F241E6">
        <w:rPr>
          <w:rFonts w:ascii="Segoe UI Emoji" w:eastAsiaTheme="majorEastAsia" w:hAnsi="Segoe UI Emoji" w:cs="Segoe UI Emoji"/>
          <w:b/>
          <w:bCs/>
          <w:sz w:val="16"/>
          <w:szCs w:val="28"/>
          <w:lang w:val="de-DE"/>
        </w:rPr>
        <w:br/>
      </w:r>
      <w:r w:rsidRPr="00F241E6">
        <w:rPr>
          <w:rFonts w:asciiTheme="majorHAnsi" w:eastAsiaTheme="majorEastAsia" w:hAnsiTheme="majorHAnsi" w:cstheme="majorBidi"/>
          <w:bCs/>
          <w:color w:val="365F91" w:themeColor="accent1" w:themeShade="BF"/>
          <w:sz w:val="14"/>
          <w:szCs w:val="28"/>
          <w:lang w:val="de-DE"/>
        </w:rPr>
        <w:t xml:space="preserve">Mediastep-Institut | Stephanie Ingrid Müller | </w:t>
      </w:r>
      <w:hyperlink r:id="rId10" w:history="1">
        <w:r w:rsidR="00F241E6" w:rsidRPr="00F241E6">
          <w:rPr>
            <w:rStyle w:val="Hyperlink"/>
            <w:rFonts w:asciiTheme="majorHAnsi" w:eastAsiaTheme="majorEastAsia" w:hAnsiTheme="majorHAnsi" w:cstheme="majorBidi"/>
            <w:bCs/>
            <w:sz w:val="14"/>
            <w:szCs w:val="28"/>
            <w:lang w:val="de-DE"/>
          </w:rPr>
          <w:t>www.mediastep-institut.de</w:t>
        </w:r>
      </w:hyperlink>
      <w:r w:rsidR="00F241E6" w:rsidRPr="00F241E6">
        <w:rPr>
          <w:rFonts w:asciiTheme="majorHAnsi" w:eastAsiaTheme="majorEastAsia" w:hAnsiTheme="majorHAnsi" w:cstheme="majorBidi"/>
          <w:bCs/>
          <w:color w:val="365F91" w:themeColor="accent1" w:themeShade="BF"/>
          <w:sz w:val="14"/>
          <w:szCs w:val="28"/>
          <w:lang w:val="de-DE"/>
        </w:rPr>
        <w:t xml:space="preserve"> | </w:t>
      </w:r>
      <w:r w:rsidRPr="00F241E6">
        <w:rPr>
          <w:rFonts w:asciiTheme="majorHAnsi" w:eastAsiaTheme="majorEastAsia" w:hAnsiTheme="majorHAnsi" w:cstheme="majorBidi"/>
          <w:bCs/>
          <w:color w:val="365F91" w:themeColor="accent1" w:themeShade="BF"/>
          <w:sz w:val="14"/>
          <w:szCs w:val="28"/>
          <w:lang w:val="de-DE"/>
        </w:rPr>
        <w:t>Sieglitzhofer Straße 9 | D 91054 Erlangen | 09131-911-4511</w:t>
      </w:r>
      <w:r w:rsidRPr="00F241E6">
        <w:rPr>
          <w:rFonts w:asciiTheme="majorHAnsi" w:hAnsiTheme="majorHAnsi" w:cstheme="majorHAnsi"/>
          <w:sz w:val="14"/>
          <w:lang w:val="de-DE"/>
        </w:rPr>
        <w:t xml:space="preserve"> | </w:t>
      </w:r>
      <w:hyperlink r:id="rId11" w:history="1">
        <w:r w:rsidRPr="00F241E6">
          <w:rPr>
            <w:rStyle w:val="Hyperlink"/>
            <w:rFonts w:asciiTheme="majorHAnsi" w:hAnsiTheme="majorHAnsi" w:cstheme="majorHAnsi"/>
            <w:sz w:val="14"/>
            <w:lang w:val="de-DE"/>
          </w:rPr>
          <w:t>info@mediastep-institut.de</w:t>
        </w:r>
      </w:hyperlink>
    </w:p>
    <w:p w:rsidR="006F1525" w:rsidRPr="00F241E6" w:rsidRDefault="006F1525" w:rsidP="00F37FB4">
      <w:pPr>
        <w:pStyle w:val="berschrift1"/>
        <w:spacing w:before="0"/>
        <w:rPr>
          <w:rFonts w:ascii="Segoe UI Emoji" w:hAnsi="Segoe UI Emoji" w:cs="Segoe UI Emoji"/>
          <w:color w:val="auto"/>
          <w:sz w:val="16"/>
          <w:lang w:val="de-DE"/>
        </w:rPr>
      </w:pPr>
      <w:r w:rsidRPr="00F241E6">
        <w:rPr>
          <w:rFonts w:ascii="Segoe UI Emoji" w:hAnsi="Segoe UI Emoji" w:cs="Segoe UI Emoji"/>
          <w:color w:val="auto"/>
          <w:sz w:val="16"/>
          <w:lang w:val="de-DE"/>
        </w:rPr>
        <w:t>Datenschutz-Hinweis</w:t>
      </w:r>
    </w:p>
    <w:p w:rsidR="006F1525" w:rsidRPr="00F241E6" w:rsidRDefault="006F1525" w:rsidP="00C20A57">
      <w:pPr>
        <w:pStyle w:val="StandardWeb"/>
        <w:spacing w:before="0" w:beforeAutospacing="0" w:after="0" w:afterAutospacing="0"/>
        <w:rPr>
          <w:rFonts w:asciiTheme="majorHAnsi" w:eastAsiaTheme="majorEastAsia" w:hAnsiTheme="majorHAnsi" w:cstheme="majorBidi"/>
          <w:bCs/>
          <w:color w:val="365F91" w:themeColor="accent1" w:themeShade="BF"/>
          <w:sz w:val="14"/>
          <w:szCs w:val="28"/>
          <w:lang w:eastAsia="en-US"/>
        </w:rPr>
      </w:pPr>
      <w:r w:rsidRPr="00F241E6">
        <w:rPr>
          <w:rFonts w:asciiTheme="majorHAnsi" w:eastAsiaTheme="majorEastAsia" w:hAnsiTheme="majorHAnsi" w:cstheme="majorBidi"/>
          <w:bCs/>
          <w:color w:val="365F91" w:themeColor="accent1" w:themeShade="BF"/>
          <w:sz w:val="14"/>
          <w:szCs w:val="28"/>
          <w:lang w:eastAsia="en-US"/>
        </w:rPr>
        <w:t>Ihre Angaben werden ausschließlich zur Organisation dieser Fortbildungsinitiative des Mediastep-Instituts verwendet. Die Daten werden nicht an Dritte weitergegeben.</w:t>
      </w:r>
      <w:r w:rsidR="007A4426" w:rsidRPr="00F241E6">
        <w:rPr>
          <w:rFonts w:asciiTheme="majorHAnsi" w:eastAsiaTheme="majorEastAsia" w:hAnsiTheme="majorHAnsi" w:cstheme="majorBidi"/>
          <w:bCs/>
          <w:color w:val="365F91" w:themeColor="accent1" w:themeShade="BF"/>
          <w:sz w:val="14"/>
          <w:szCs w:val="28"/>
          <w:lang w:eastAsia="en-US"/>
        </w:rPr>
        <w:t xml:space="preserve"> </w:t>
      </w:r>
      <w:r w:rsidRPr="00F241E6">
        <w:rPr>
          <w:rFonts w:asciiTheme="majorHAnsi" w:eastAsiaTheme="majorEastAsia" w:hAnsiTheme="majorHAnsi" w:cstheme="majorBidi"/>
          <w:bCs/>
          <w:color w:val="365F91" w:themeColor="accent1" w:themeShade="BF"/>
          <w:sz w:val="14"/>
          <w:szCs w:val="28"/>
          <w:lang w:eastAsia="en-US"/>
        </w:rPr>
        <w:t xml:space="preserve">Weitere Informationen finden Sie unter: </w:t>
      </w:r>
      <w:hyperlink r:id="rId12" w:history="1">
        <w:r w:rsidR="007A4426" w:rsidRPr="00F241E6">
          <w:rPr>
            <w:rStyle w:val="Hyperlink"/>
            <w:rFonts w:asciiTheme="majorHAnsi" w:eastAsiaTheme="majorEastAsia" w:hAnsiTheme="majorHAnsi" w:cstheme="majorBidi"/>
            <w:bCs/>
            <w:sz w:val="14"/>
            <w:szCs w:val="28"/>
            <w:lang w:eastAsia="en-US"/>
          </w:rPr>
          <w:t>https://uebergang.mediastep-institut.de/datenschutzerklaerung/</w:t>
        </w:r>
      </w:hyperlink>
    </w:p>
    <w:p w:rsidR="00447761" w:rsidRPr="00CC6F1B" w:rsidRDefault="00447761" w:rsidP="00C20A57">
      <w:pPr>
        <w:pStyle w:val="StandardWeb"/>
        <w:spacing w:before="0" w:beforeAutospacing="0" w:after="0" w:afterAutospacing="0"/>
        <w:rPr>
          <w:rFonts w:asciiTheme="majorHAnsi" w:eastAsiaTheme="majorEastAsia" w:hAnsiTheme="majorHAnsi" w:cstheme="majorBidi"/>
          <w:bCs/>
          <w:color w:val="365F91" w:themeColor="accent1" w:themeShade="BF"/>
          <w:sz w:val="20"/>
          <w:szCs w:val="28"/>
          <w:lang w:eastAsia="en-US"/>
        </w:rPr>
      </w:pPr>
    </w:p>
    <w:p w:rsidR="006F1525" w:rsidRPr="006F1525" w:rsidRDefault="006F1525">
      <w:pPr>
        <w:rPr>
          <w:lang w:val="de-DE"/>
        </w:rPr>
      </w:pPr>
    </w:p>
    <w:sectPr w:rsidR="006F1525" w:rsidRPr="006F1525" w:rsidSect="00D81A8D">
      <w:headerReference w:type="default" r:id="rId13"/>
      <w:footerReference w:type="default" r:id="rId14"/>
      <w:pgSz w:w="12240" w:h="15840"/>
      <w:pgMar w:top="1560" w:right="760" w:bottom="993" w:left="1134" w:header="720" w:footer="3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2622" w:rsidRDefault="007C2622" w:rsidP="004A12EB">
      <w:pPr>
        <w:spacing w:after="0" w:line="240" w:lineRule="auto"/>
      </w:pPr>
      <w:r>
        <w:separator/>
      </w:r>
    </w:p>
  </w:endnote>
  <w:endnote w:type="continuationSeparator" w:id="0">
    <w:p w:rsidR="007C2622" w:rsidRDefault="007C2622" w:rsidP="004A1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0826947"/>
      <w:docPartObj>
        <w:docPartGallery w:val="Page Numbers (Bottom of Page)"/>
        <w:docPartUnique/>
      </w:docPartObj>
    </w:sdtPr>
    <w:sdtContent>
      <w:p w:rsidR="001952D4" w:rsidRPr="004959E4" w:rsidRDefault="001952D4">
        <w:pPr>
          <w:pStyle w:val="Fuzeile"/>
          <w:jc w:val="right"/>
          <w:rPr>
            <w:lang w:val="de-DE"/>
          </w:rPr>
        </w:pPr>
        <w:r w:rsidRPr="004959E4">
          <w:rPr>
            <w:rFonts w:ascii="Arial Narrow" w:hAnsi="Arial Narrow"/>
            <w:sz w:val="18"/>
          </w:rPr>
          <w:fldChar w:fldCharType="begin"/>
        </w:r>
        <w:r w:rsidRPr="007F5715">
          <w:rPr>
            <w:rFonts w:ascii="Arial Narrow" w:hAnsi="Arial Narrow"/>
            <w:sz w:val="18"/>
            <w:lang w:val="de-DE"/>
          </w:rPr>
          <w:instrText>PAGE   \* MERGEFORMAT</w:instrText>
        </w:r>
        <w:r w:rsidRPr="004959E4">
          <w:rPr>
            <w:rFonts w:ascii="Arial Narrow" w:hAnsi="Arial Narrow"/>
            <w:sz w:val="18"/>
          </w:rPr>
          <w:fldChar w:fldCharType="separate"/>
        </w:r>
        <w:r w:rsidRPr="004959E4">
          <w:rPr>
            <w:rFonts w:ascii="Arial Narrow" w:hAnsi="Arial Narrow"/>
            <w:sz w:val="18"/>
            <w:lang w:val="de-DE"/>
          </w:rPr>
          <w:t>2</w:t>
        </w:r>
        <w:r w:rsidRPr="004959E4">
          <w:rPr>
            <w:rFonts w:ascii="Arial Narrow" w:hAnsi="Arial Narrow"/>
            <w:sz w:val="18"/>
          </w:rPr>
          <w:fldChar w:fldCharType="end"/>
        </w:r>
      </w:p>
    </w:sdtContent>
  </w:sdt>
  <w:p w:rsidR="001952D4" w:rsidRPr="004959E4" w:rsidRDefault="001952D4" w:rsidP="00D81A8D">
    <w:pPr>
      <w:widowControl w:val="0"/>
      <w:pBdr>
        <w:top w:val="single" w:sz="4" w:space="1" w:color="auto"/>
      </w:pBdr>
      <w:autoSpaceDE w:val="0"/>
      <w:autoSpaceDN w:val="0"/>
      <w:adjustRightInd w:val="0"/>
      <w:spacing w:after="0" w:line="240" w:lineRule="auto"/>
      <w:jc w:val="center"/>
      <w:rPr>
        <w:rFonts w:ascii="Arial Narrow" w:hAnsi="Arial Narrow" w:cs="Calibri"/>
        <w:sz w:val="14"/>
        <w:szCs w:val="14"/>
        <w:lang w:val="de-DE"/>
      </w:rPr>
    </w:pPr>
    <w:r w:rsidRPr="004959E4">
      <w:rPr>
        <w:rFonts w:ascii="Arial Narrow" w:hAnsi="Arial Narrow" w:cs="Calibri"/>
        <w:b/>
        <w:sz w:val="14"/>
        <w:szCs w:val="14"/>
        <w:lang w:val="de-DE"/>
      </w:rPr>
      <w:t>Mediastep – Institut</w:t>
    </w:r>
    <w:r w:rsidRPr="004959E4">
      <w:rPr>
        <w:rFonts w:ascii="Arial Narrow" w:hAnsi="Arial Narrow" w:cs="Calibri"/>
        <w:sz w:val="14"/>
        <w:szCs w:val="14"/>
        <w:lang w:val="de-DE"/>
      </w:rPr>
      <w:t xml:space="preserve"> für Schreib-Didaktik, Kunst- und Medienpädagogik mit fachpädagogischem Dienst – </w:t>
    </w:r>
    <w:r w:rsidRPr="004959E4">
      <w:rPr>
        <w:rFonts w:ascii="Arial Narrow" w:hAnsi="Arial Narrow" w:cs="Calibri"/>
        <w:b/>
        <w:sz w:val="14"/>
        <w:szCs w:val="14"/>
        <w:lang w:val="de-DE"/>
      </w:rPr>
      <w:t>Stephanie Ingrid Müller</w:t>
    </w:r>
  </w:p>
  <w:p w:rsidR="001952D4" w:rsidRPr="006F3092" w:rsidRDefault="001952D4" w:rsidP="00D81A8D">
    <w:pPr>
      <w:spacing w:after="0" w:line="240" w:lineRule="auto"/>
      <w:jc w:val="center"/>
      <w:rPr>
        <w:rFonts w:ascii="Arial Narrow" w:hAnsi="Arial Narrow" w:cs="Calibri"/>
        <w:sz w:val="14"/>
        <w:szCs w:val="14"/>
        <w:lang w:val="de-DE"/>
      </w:rPr>
    </w:pPr>
    <w:r w:rsidRPr="004959E4">
      <w:rPr>
        <w:rFonts w:ascii="Arial Narrow" w:hAnsi="Arial Narrow"/>
        <w:sz w:val="14"/>
        <w:szCs w:val="14"/>
        <w:lang w:val="de-DE"/>
      </w:rPr>
      <w:t>Sieglitzhofer Straße 9 - D-91054 Erlangen</w:t>
    </w:r>
    <w:r w:rsidRPr="004959E4">
      <w:rPr>
        <w:rFonts w:ascii="Arial Narrow" w:hAnsi="Arial Narrow" w:cs="Calibri"/>
        <w:sz w:val="14"/>
        <w:szCs w:val="14"/>
        <w:lang w:val="de-DE"/>
      </w:rPr>
      <w:t xml:space="preserve"> – Telefon +49 (0)9131 /911-4511 – www.mediastep-institut.de – </w:t>
    </w:r>
    <w:r>
      <w:rPr>
        <w:rFonts w:ascii="Arial Narrow" w:hAnsi="Arial Narrow" w:cs="Calibri"/>
        <w:sz w:val="14"/>
        <w:szCs w:val="14"/>
        <w:lang w:val="de-DE"/>
      </w:rPr>
      <w:t>info</w:t>
    </w:r>
    <w:r w:rsidRPr="004959E4">
      <w:rPr>
        <w:rFonts w:ascii="Arial Narrow" w:hAnsi="Arial Narrow" w:cs="Calibri"/>
        <w:sz w:val="14"/>
        <w:szCs w:val="14"/>
        <w:lang w:val="de-DE"/>
      </w:rPr>
      <w:t>@mediastep-institut.de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2622" w:rsidRDefault="007C2622" w:rsidP="004A12EB">
      <w:pPr>
        <w:spacing w:after="0" w:line="240" w:lineRule="auto"/>
      </w:pPr>
      <w:r>
        <w:separator/>
      </w:r>
    </w:p>
  </w:footnote>
  <w:footnote w:type="continuationSeparator" w:id="0">
    <w:p w:rsidR="007C2622" w:rsidRDefault="007C2622" w:rsidP="004A1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52D4" w:rsidRDefault="001952D4">
    <w:pPr>
      <w:pStyle w:val="Kopfzeile"/>
    </w:pPr>
    <w:r>
      <w:rPr>
        <w:noProof/>
      </w:rPr>
      <w:drawing>
        <wp:anchor distT="0" distB="0" distL="114300" distR="114300" simplePos="0" relativeHeight="251658752" behindDoc="0" locked="0" layoutInCell="1" allowOverlap="1" wp14:anchorId="0480CA75" wp14:editId="5BE3A6F8">
          <wp:simplePos x="0" y="0"/>
          <wp:positionH relativeFrom="column">
            <wp:posOffset>-882687</wp:posOffset>
          </wp:positionH>
          <wp:positionV relativeFrom="paragraph">
            <wp:posOffset>-301093</wp:posOffset>
          </wp:positionV>
          <wp:extent cx="6705600" cy="781050"/>
          <wp:effectExtent l="0" t="0" r="0" b="0"/>
          <wp:wrapThrough wrapText="bothSides">
            <wp:wrapPolygon edited="0">
              <wp:start x="0" y="0"/>
              <wp:lineTo x="0" y="21073"/>
              <wp:lineTo x="21539" y="21073"/>
              <wp:lineTo x="21539" y="0"/>
              <wp:lineTo x="0" y="0"/>
            </wp:wrapPolygon>
          </wp:wrapThrough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0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07ABD"/>
    <w:multiLevelType w:val="multilevel"/>
    <w:tmpl w:val="03C26E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uPMA2b3aOX7SyHv8kbPOLsnontX+bs0qHvgRbpTTwsran6Uk5tGOYSyQzj4f6+QhfZzFxtC54nTthAsZZskr3w==" w:salt="xm30ZX9J8+UJK74S8Sj0jA==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A6E"/>
    <w:rsid w:val="00034616"/>
    <w:rsid w:val="00035C9E"/>
    <w:rsid w:val="0006063C"/>
    <w:rsid w:val="00082AA0"/>
    <w:rsid w:val="00086A77"/>
    <w:rsid w:val="000A3675"/>
    <w:rsid w:val="000C0824"/>
    <w:rsid w:val="000D491A"/>
    <w:rsid w:val="000D5B93"/>
    <w:rsid w:val="000E381C"/>
    <w:rsid w:val="000F3A79"/>
    <w:rsid w:val="00100199"/>
    <w:rsid w:val="00102A8A"/>
    <w:rsid w:val="00120651"/>
    <w:rsid w:val="001378D4"/>
    <w:rsid w:val="0015074B"/>
    <w:rsid w:val="00160219"/>
    <w:rsid w:val="00160FE7"/>
    <w:rsid w:val="001952D4"/>
    <w:rsid w:val="001A56B0"/>
    <w:rsid w:val="001B20B5"/>
    <w:rsid w:val="001D1499"/>
    <w:rsid w:val="001D1AE6"/>
    <w:rsid w:val="00206B89"/>
    <w:rsid w:val="00242301"/>
    <w:rsid w:val="00246CB8"/>
    <w:rsid w:val="0025583C"/>
    <w:rsid w:val="00261146"/>
    <w:rsid w:val="002751AB"/>
    <w:rsid w:val="0028264A"/>
    <w:rsid w:val="0029639D"/>
    <w:rsid w:val="002A271C"/>
    <w:rsid w:val="002E7B67"/>
    <w:rsid w:val="0030425A"/>
    <w:rsid w:val="003167CC"/>
    <w:rsid w:val="00326F90"/>
    <w:rsid w:val="003353A3"/>
    <w:rsid w:val="0035064A"/>
    <w:rsid w:val="00353F65"/>
    <w:rsid w:val="00367E99"/>
    <w:rsid w:val="00375C2D"/>
    <w:rsid w:val="00380703"/>
    <w:rsid w:val="00383D45"/>
    <w:rsid w:val="00391360"/>
    <w:rsid w:val="003B60EA"/>
    <w:rsid w:val="003C34E1"/>
    <w:rsid w:val="003C4586"/>
    <w:rsid w:val="003E07DF"/>
    <w:rsid w:val="003F0668"/>
    <w:rsid w:val="003F61D4"/>
    <w:rsid w:val="003F61D9"/>
    <w:rsid w:val="00401266"/>
    <w:rsid w:val="00415781"/>
    <w:rsid w:val="0042190C"/>
    <w:rsid w:val="00433C81"/>
    <w:rsid w:val="00444DAA"/>
    <w:rsid w:val="00447761"/>
    <w:rsid w:val="00451921"/>
    <w:rsid w:val="00473ACE"/>
    <w:rsid w:val="00492D56"/>
    <w:rsid w:val="004959E4"/>
    <w:rsid w:val="004A12EB"/>
    <w:rsid w:val="004C715C"/>
    <w:rsid w:val="004F4CA5"/>
    <w:rsid w:val="004F7183"/>
    <w:rsid w:val="004F795C"/>
    <w:rsid w:val="00536436"/>
    <w:rsid w:val="0054386B"/>
    <w:rsid w:val="005A1B54"/>
    <w:rsid w:val="005B5394"/>
    <w:rsid w:val="005D02CB"/>
    <w:rsid w:val="005E49A0"/>
    <w:rsid w:val="005E4EA6"/>
    <w:rsid w:val="0061032B"/>
    <w:rsid w:val="00621023"/>
    <w:rsid w:val="006271D4"/>
    <w:rsid w:val="00630314"/>
    <w:rsid w:val="00675388"/>
    <w:rsid w:val="00684DE6"/>
    <w:rsid w:val="00685B98"/>
    <w:rsid w:val="006935D6"/>
    <w:rsid w:val="006A1F8B"/>
    <w:rsid w:val="006A7E7E"/>
    <w:rsid w:val="006C6A38"/>
    <w:rsid w:val="006C7323"/>
    <w:rsid w:val="006D512E"/>
    <w:rsid w:val="006F0F55"/>
    <w:rsid w:val="006F1525"/>
    <w:rsid w:val="006F2A47"/>
    <w:rsid w:val="006F3092"/>
    <w:rsid w:val="0070199D"/>
    <w:rsid w:val="007072E2"/>
    <w:rsid w:val="00724A47"/>
    <w:rsid w:val="007365D3"/>
    <w:rsid w:val="00742EDC"/>
    <w:rsid w:val="0074602F"/>
    <w:rsid w:val="007464C2"/>
    <w:rsid w:val="00755F34"/>
    <w:rsid w:val="0077297D"/>
    <w:rsid w:val="00774DA1"/>
    <w:rsid w:val="00797C6B"/>
    <w:rsid w:val="007A4426"/>
    <w:rsid w:val="007C2622"/>
    <w:rsid w:val="007C3E0A"/>
    <w:rsid w:val="007D233E"/>
    <w:rsid w:val="007D50A4"/>
    <w:rsid w:val="007F5715"/>
    <w:rsid w:val="007F5E1E"/>
    <w:rsid w:val="008061B2"/>
    <w:rsid w:val="00823843"/>
    <w:rsid w:val="0084059F"/>
    <w:rsid w:val="008522A5"/>
    <w:rsid w:val="008562D9"/>
    <w:rsid w:val="00872A2E"/>
    <w:rsid w:val="00873300"/>
    <w:rsid w:val="00877130"/>
    <w:rsid w:val="00881AFC"/>
    <w:rsid w:val="008B4019"/>
    <w:rsid w:val="008D0342"/>
    <w:rsid w:val="008D6736"/>
    <w:rsid w:val="00912F87"/>
    <w:rsid w:val="00913185"/>
    <w:rsid w:val="009206E3"/>
    <w:rsid w:val="00922CA5"/>
    <w:rsid w:val="00930F2E"/>
    <w:rsid w:val="0094661A"/>
    <w:rsid w:val="009535CD"/>
    <w:rsid w:val="00981F39"/>
    <w:rsid w:val="0099422D"/>
    <w:rsid w:val="009C251C"/>
    <w:rsid w:val="009D47D6"/>
    <w:rsid w:val="009D59E1"/>
    <w:rsid w:val="00A06C6E"/>
    <w:rsid w:val="00A468F5"/>
    <w:rsid w:val="00A477B9"/>
    <w:rsid w:val="00A659D8"/>
    <w:rsid w:val="00A8253A"/>
    <w:rsid w:val="00A9320A"/>
    <w:rsid w:val="00AA1D8D"/>
    <w:rsid w:val="00AA7F76"/>
    <w:rsid w:val="00AB744A"/>
    <w:rsid w:val="00AC77CC"/>
    <w:rsid w:val="00AD7362"/>
    <w:rsid w:val="00AD786C"/>
    <w:rsid w:val="00AE75BA"/>
    <w:rsid w:val="00B37975"/>
    <w:rsid w:val="00B47730"/>
    <w:rsid w:val="00B6426C"/>
    <w:rsid w:val="00B65B47"/>
    <w:rsid w:val="00B81072"/>
    <w:rsid w:val="00B853DB"/>
    <w:rsid w:val="00BC58B0"/>
    <w:rsid w:val="00BE1248"/>
    <w:rsid w:val="00BF2D56"/>
    <w:rsid w:val="00BF76BA"/>
    <w:rsid w:val="00C037F1"/>
    <w:rsid w:val="00C20A57"/>
    <w:rsid w:val="00C31E90"/>
    <w:rsid w:val="00C32699"/>
    <w:rsid w:val="00C44C4C"/>
    <w:rsid w:val="00C5697E"/>
    <w:rsid w:val="00C612A7"/>
    <w:rsid w:val="00C61751"/>
    <w:rsid w:val="00C63B82"/>
    <w:rsid w:val="00C768CB"/>
    <w:rsid w:val="00C81FF4"/>
    <w:rsid w:val="00CB0664"/>
    <w:rsid w:val="00CC6F1B"/>
    <w:rsid w:val="00CD10E8"/>
    <w:rsid w:val="00D07F71"/>
    <w:rsid w:val="00D41414"/>
    <w:rsid w:val="00D65655"/>
    <w:rsid w:val="00D759D5"/>
    <w:rsid w:val="00D81A8D"/>
    <w:rsid w:val="00DD4C72"/>
    <w:rsid w:val="00DE5B6A"/>
    <w:rsid w:val="00DE70B1"/>
    <w:rsid w:val="00DF60C5"/>
    <w:rsid w:val="00E14BCD"/>
    <w:rsid w:val="00E42EA8"/>
    <w:rsid w:val="00E828D0"/>
    <w:rsid w:val="00EE69FB"/>
    <w:rsid w:val="00EF1212"/>
    <w:rsid w:val="00F1142B"/>
    <w:rsid w:val="00F241E6"/>
    <w:rsid w:val="00F37FB4"/>
    <w:rsid w:val="00F409E4"/>
    <w:rsid w:val="00F81850"/>
    <w:rsid w:val="00FA3BB9"/>
    <w:rsid w:val="00FC537F"/>
    <w:rsid w:val="00FC693F"/>
    <w:rsid w:val="00FC6F5D"/>
    <w:rsid w:val="00FE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B414E7"/>
  <w14:defaultImageDpi w14:val="330"/>
  <w15:docId w15:val="{2CFA81CC-AFC4-4C6F-978E-A93C1CF8E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81072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CD10E8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6F152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F1525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6F1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AD7362"/>
    <w:rPr>
      <w:color w:val="800080" w:themeColor="followedHyperlink"/>
      <w:u w:val="single"/>
    </w:rPr>
  </w:style>
  <w:style w:type="paragraph" w:customStyle="1" w:styleId="artifact-docx-previewtitle">
    <w:name w:val="artifact-docx-preview_title"/>
    <w:basedOn w:val="Standard"/>
    <w:rsid w:val="00195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0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ebergang.mediastep-institut.de/datenschutzerklaerung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ebergang.mediastep-institut.de/datenschutzerklaerung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mediastep-institut.d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ediastep-institut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werbung.initiative@mediastep-institut.d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8CDC4F7A51B428DB407D6D11F46C4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8A817A-5E4E-430A-A11A-7BA1924134FA}"/>
      </w:docPartPr>
      <w:docPartBody>
        <w:p w:rsidR="008F57D3" w:rsidRDefault="00E53DCC" w:rsidP="00E53DCC">
          <w:pPr>
            <w:pStyle w:val="18CDC4F7A51B428DB407D6D11F46C4BE2"/>
          </w:pPr>
          <w:r w:rsidRPr="005E49A0">
            <w:rPr>
              <w:rStyle w:val="Platzhaltertext"/>
              <w:color w:val="000000" w:themeColor="text1"/>
              <w:lang w:val="de-DE"/>
            </w:rPr>
            <w:t>Klicken oder tippen Sie hier, um Text einzugeben.</w:t>
          </w:r>
        </w:p>
      </w:docPartBody>
    </w:docPart>
    <w:docPart>
      <w:docPartPr>
        <w:name w:val="C66E75A920AD4DB697CDE6D1846E95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EFB393-9C13-4B4F-93D6-B75652FC9157}"/>
      </w:docPartPr>
      <w:docPartBody>
        <w:p w:rsidR="008F57D3" w:rsidRDefault="00E53DCC" w:rsidP="00E53DCC">
          <w:pPr>
            <w:pStyle w:val="C66E75A920AD4DB697CDE6D1846E95552"/>
          </w:pPr>
          <w:r w:rsidRPr="005E49A0">
            <w:rPr>
              <w:rStyle w:val="Platzhaltertext"/>
              <w:color w:val="000000" w:themeColor="text1"/>
              <w:lang w:val="de-DE"/>
            </w:rPr>
            <w:t>Klicken oder tippen Sie hier, um Text einzugeben.</w:t>
          </w:r>
        </w:p>
      </w:docPartBody>
    </w:docPart>
    <w:docPart>
      <w:docPartPr>
        <w:name w:val="61823D55F96D41609B0288549A117D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8A5FE3-82FB-4EAF-8DF0-F570D85B58EC}"/>
      </w:docPartPr>
      <w:docPartBody>
        <w:p w:rsidR="008F57D3" w:rsidRDefault="00E53DCC" w:rsidP="00E53DCC">
          <w:pPr>
            <w:pStyle w:val="61823D55F96D41609B0288549A117DC52"/>
          </w:pPr>
          <w:r w:rsidRPr="005E49A0">
            <w:rPr>
              <w:rStyle w:val="Platzhaltertext"/>
              <w:color w:val="000000" w:themeColor="text1"/>
              <w:lang w:val="de-DE"/>
            </w:rPr>
            <w:t>Klicken oder tippen Sie hier, um Text einzugeben.</w:t>
          </w:r>
        </w:p>
      </w:docPartBody>
    </w:docPart>
    <w:docPart>
      <w:docPartPr>
        <w:name w:val="1E0942B7729B44A09E12DA4CC277C9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B1919E-3738-41F8-B0E0-5F3FBECA3951}"/>
      </w:docPartPr>
      <w:docPartBody>
        <w:p w:rsidR="008F57D3" w:rsidRDefault="00E53DCC" w:rsidP="00E53DCC">
          <w:pPr>
            <w:pStyle w:val="1E0942B7729B44A09E12DA4CC277C97F2"/>
          </w:pPr>
          <w:r w:rsidRPr="005E49A0">
            <w:rPr>
              <w:rStyle w:val="Platzhaltertext"/>
              <w:color w:val="000000" w:themeColor="text1"/>
              <w:lang w:val="de-DE"/>
            </w:rPr>
            <w:t>Klicken oder tippen Sie hier, um Text einzugeben.</w:t>
          </w:r>
        </w:p>
      </w:docPartBody>
    </w:docPart>
    <w:docPart>
      <w:docPartPr>
        <w:name w:val="97F8BC1D865540B68633C0515AE6D9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306615-1C16-45F4-A1AA-5475BC34219F}"/>
      </w:docPartPr>
      <w:docPartBody>
        <w:p w:rsidR="008F57D3" w:rsidRDefault="00E53DCC" w:rsidP="00E53DCC">
          <w:pPr>
            <w:pStyle w:val="97F8BC1D865540B68633C0515AE6D9862"/>
          </w:pPr>
          <w:r w:rsidRPr="005E49A0">
            <w:rPr>
              <w:rStyle w:val="Platzhaltertext"/>
              <w:color w:val="000000" w:themeColor="text1"/>
              <w:lang w:val="de-DE"/>
            </w:rPr>
            <w:t>Klicken oder tippen Sie hier, um Text einzugeben.</w:t>
          </w:r>
        </w:p>
      </w:docPartBody>
    </w:docPart>
    <w:docPart>
      <w:docPartPr>
        <w:name w:val="A519913DC66D470EA308ED50B52CD0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26D826-20C4-41B5-9B40-2AA942B37C46}"/>
      </w:docPartPr>
      <w:docPartBody>
        <w:p w:rsidR="008F57D3" w:rsidRDefault="00E53DCC" w:rsidP="00E53DCC">
          <w:pPr>
            <w:pStyle w:val="A519913DC66D470EA308ED50B52CD09F2"/>
          </w:pPr>
          <w:r w:rsidRPr="005E49A0">
            <w:rPr>
              <w:rStyle w:val="Platzhaltertext"/>
              <w:color w:val="000000" w:themeColor="text1"/>
              <w:lang w:val="de-DE"/>
            </w:rPr>
            <w:t>Klicken oder tippen Sie hier, um Text einzugeben.</w:t>
          </w:r>
        </w:p>
      </w:docPartBody>
    </w:docPart>
    <w:docPart>
      <w:docPartPr>
        <w:name w:val="93EA47E9ACA045298E0F9C45BF65AB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0E4AF9-3328-4290-B712-11540989E032}"/>
      </w:docPartPr>
      <w:docPartBody>
        <w:p w:rsidR="008F57D3" w:rsidRDefault="00E53DCC" w:rsidP="00E53DCC">
          <w:pPr>
            <w:pStyle w:val="93EA47E9ACA045298E0F9C45BF65AB092"/>
          </w:pPr>
          <w:r w:rsidRPr="005E49A0">
            <w:rPr>
              <w:rStyle w:val="Platzhaltertext"/>
              <w:color w:val="000000" w:themeColor="text1"/>
              <w:lang w:val="de-DE"/>
            </w:rPr>
            <w:t>Klicken oder tippen Sie hier, um Text einzugeben.</w:t>
          </w:r>
        </w:p>
      </w:docPartBody>
    </w:docPart>
    <w:docPart>
      <w:docPartPr>
        <w:name w:val="4944CA55AA824E9A9697F76D10E6E7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BBF7AE-A274-44F8-A516-941120BA1086}"/>
      </w:docPartPr>
      <w:docPartBody>
        <w:p w:rsidR="008F57D3" w:rsidRDefault="00E53DCC" w:rsidP="00E53DCC">
          <w:pPr>
            <w:pStyle w:val="4944CA55AA824E9A9697F76D10E6E7BE1"/>
          </w:pPr>
          <w:r w:rsidRPr="005E49A0">
            <w:rPr>
              <w:rStyle w:val="Platzhaltertext"/>
              <w:color w:val="000000" w:themeColor="text1"/>
              <w:lang w:val="de-DE"/>
            </w:rPr>
            <w:t>Klicken oder tippen Sie hier, um Text einzugeben.</w:t>
          </w:r>
        </w:p>
      </w:docPartBody>
    </w:docPart>
    <w:docPart>
      <w:docPartPr>
        <w:name w:val="096E40E93C23483493C669DD9C8E6D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394B99-66DB-4648-8EB3-754F2A83CA5F}"/>
      </w:docPartPr>
      <w:docPartBody>
        <w:p w:rsidR="008F57D3" w:rsidRDefault="00E53DCC" w:rsidP="00E53DCC">
          <w:pPr>
            <w:pStyle w:val="096E40E93C23483493C669DD9C8E6D771"/>
          </w:pPr>
          <w:r w:rsidRPr="005E49A0">
            <w:rPr>
              <w:rStyle w:val="Platzhaltertext"/>
              <w:color w:val="000000" w:themeColor="text1"/>
              <w:lang w:val="de-DE"/>
            </w:rPr>
            <w:t>Wählen Sie ein Element aus.</w:t>
          </w:r>
        </w:p>
      </w:docPartBody>
    </w:docPart>
    <w:docPart>
      <w:docPartPr>
        <w:name w:val="0B917CE1D00746F5B85C4410A2D8E0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8E3B35-B15C-457A-BFB3-BE9D74990609}"/>
      </w:docPartPr>
      <w:docPartBody>
        <w:p w:rsidR="008F57D3" w:rsidRDefault="00E53DCC" w:rsidP="00E53DCC">
          <w:pPr>
            <w:pStyle w:val="0B917CE1D00746F5B85C4410A2D8E01A1"/>
          </w:pPr>
          <w:r w:rsidRPr="005E49A0">
            <w:rPr>
              <w:rStyle w:val="Platzhaltertext"/>
              <w:rFonts w:asciiTheme="minorHAnsi" w:hAnsiTheme="minorHAnsi"/>
              <w:b w:val="0"/>
              <w:color w:val="000000" w:themeColor="text1"/>
              <w:sz w:val="22"/>
              <w:lang w:val="de-DE"/>
            </w:rPr>
            <w:t>Wählen</w:t>
          </w:r>
          <w:r w:rsidRPr="005E49A0">
            <w:rPr>
              <w:rStyle w:val="Platzhaltertext"/>
              <w:b w:val="0"/>
              <w:color w:val="000000" w:themeColor="text1"/>
              <w:lang w:val="de-DE"/>
            </w:rPr>
            <w:t xml:space="preserve"> </w:t>
          </w:r>
          <w:r w:rsidRPr="005E49A0">
            <w:rPr>
              <w:rStyle w:val="Platzhaltertext"/>
              <w:rFonts w:asciiTheme="minorHAnsi" w:hAnsiTheme="minorHAnsi"/>
              <w:b w:val="0"/>
              <w:color w:val="000000" w:themeColor="text1"/>
              <w:sz w:val="22"/>
              <w:lang w:val="de-DE"/>
            </w:rPr>
            <w:t>Sie ein Element aus</w:t>
          </w:r>
          <w:r w:rsidRPr="005E49A0">
            <w:rPr>
              <w:rStyle w:val="Platzhaltertext"/>
              <w:b w:val="0"/>
              <w:color w:val="000000" w:themeColor="text1"/>
              <w:lang w:val="de-DE"/>
            </w:rPr>
            <w:t>.</w:t>
          </w:r>
        </w:p>
      </w:docPartBody>
    </w:docPart>
    <w:docPart>
      <w:docPartPr>
        <w:name w:val="C4054E1CB10941578A0498FAC4B0AA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F69D20-DF78-4E64-9E0A-86B1F1AC603A}"/>
      </w:docPartPr>
      <w:docPartBody>
        <w:p w:rsidR="008F57D3" w:rsidRDefault="00E53DCC" w:rsidP="00E53DCC">
          <w:pPr>
            <w:pStyle w:val="C4054E1CB10941578A0498FAC4B0AA00"/>
          </w:pPr>
          <w:r w:rsidRPr="005E49A0">
            <w:rPr>
              <w:rStyle w:val="Platzhaltertext"/>
              <w:color w:val="000000" w:themeColor="text1"/>
            </w:rPr>
            <w:t>Klicken oder tippen Sie hier, um Text einzugeben.</w:t>
          </w:r>
        </w:p>
      </w:docPartBody>
    </w:docPart>
    <w:docPart>
      <w:docPartPr>
        <w:name w:val="DDC4C11895454467A1432ED7FAECEB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06245B-A906-4F28-BD8E-7E160A7F6E21}"/>
      </w:docPartPr>
      <w:docPartBody>
        <w:p w:rsidR="008F57D3" w:rsidRDefault="00E53DCC" w:rsidP="00E53DCC">
          <w:pPr>
            <w:pStyle w:val="DDC4C11895454467A1432ED7FAECEBCA"/>
          </w:pPr>
          <w:r w:rsidRPr="005E49A0">
            <w:rPr>
              <w:rStyle w:val="Platzhaltertext"/>
              <w:color w:val="000000" w:themeColor="text1"/>
            </w:rPr>
            <w:t>Klicken oder tippen Sie hier, um Text einzugeben.</w:t>
          </w:r>
        </w:p>
      </w:docPartBody>
    </w:docPart>
    <w:docPart>
      <w:docPartPr>
        <w:name w:val="C7454A9EC2574796962A91E35A74E9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D68828-8679-44FA-A660-943D29FD6015}"/>
      </w:docPartPr>
      <w:docPartBody>
        <w:p w:rsidR="008F57D3" w:rsidRDefault="00E53DCC" w:rsidP="00E53DCC">
          <w:pPr>
            <w:pStyle w:val="C7454A9EC2574796962A91E35A74E93A"/>
          </w:pPr>
          <w:r w:rsidRPr="005E49A0">
            <w:rPr>
              <w:rStyle w:val="Platzhaltertext"/>
              <w:color w:val="000000" w:themeColor="text1"/>
            </w:rPr>
            <w:t>Klicken oder tippen Sie hier, um Text einzugeben.</w:t>
          </w:r>
        </w:p>
      </w:docPartBody>
    </w:docPart>
    <w:docPart>
      <w:docPartPr>
        <w:name w:val="3B30F3CF4C3248FFBCFBD24B4DE5D2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726B21-ACEC-43A2-A259-42FB03408E99}"/>
      </w:docPartPr>
      <w:docPartBody>
        <w:p w:rsidR="008F57D3" w:rsidRDefault="00E53DCC" w:rsidP="00E53DCC">
          <w:pPr>
            <w:pStyle w:val="3B30F3CF4C3248FFBCFBD24B4DE5D252"/>
          </w:pPr>
          <w:r w:rsidRPr="005E49A0">
            <w:rPr>
              <w:rStyle w:val="Platzhaltertext"/>
              <w:color w:val="000000" w:themeColor="text1"/>
            </w:rPr>
            <w:t>Klicken oder tippen Sie hier, um Text einzugeben.</w:t>
          </w:r>
        </w:p>
      </w:docPartBody>
    </w:docPart>
    <w:docPart>
      <w:docPartPr>
        <w:name w:val="E032EC1D8B5444F89E9F150BA11F16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19BA7F-5F50-45AF-B6A3-2E54D110F6D1}"/>
      </w:docPartPr>
      <w:docPartBody>
        <w:p w:rsidR="008F57D3" w:rsidRDefault="00E53DCC" w:rsidP="00E53DCC">
          <w:pPr>
            <w:pStyle w:val="E032EC1D8B5444F89E9F150BA11F1664"/>
          </w:pPr>
          <w:r w:rsidRPr="005E49A0">
            <w:rPr>
              <w:rStyle w:val="Platzhaltertext"/>
              <w:color w:val="000000" w:themeColor="text1"/>
            </w:rPr>
            <w:t>Klicken oder tippen Sie hier, um Text einzugeben.</w:t>
          </w:r>
        </w:p>
      </w:docPartBody>
    </w:docPart>
    <w:docPart>
      <w:docPartPr>
        <w:name w:val="9C384FF71AD24C4382322E9D84F738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ABFA3A-787C-49AE-A560-CA342211A13F}"/>
      </w:docPartPr>
      <w:docPartBody>
        <w:p w:rsidR="008F57D3" w:rsidRDefault="00E53DCC" w:rsidP="00E53DCC">
          <w:pPr>
            <w:pStyle w:val="9C384FF71AD24C4382322E9D84F738D8"/>
          </w:pPr>
          <w:r w:rsidRPr="005E49A0">
            <w:rPr>
              <w:rStyle w:val="Platzhaltertext"/>
              <w:color w:val="000000" w:themeColor="text1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DCC"/>
    <w:rsid w:val="005964F0"/>
    <w:rsid w:val="006E799C"/>
    <w:rsid w:val="007821FA"/>
    <w:rsid w:val="008F57D3"/>
    <w:rsid w:val="00D836B3"/>
    <w:rsid w:val="00E53DCC"/>
    <w:rsid w:val="00E614DC"/>
    <w:rsid w:val="00EF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53DCC"/>
    <w:rPr>
      <w:color w:val="808080"/>
    </w:rPr>
  </w:style>
  <w:style w:type="paragraph" w:customStyle="1" w:styleId="74367AA6627841D692BC32F923A1D03B">
    <w:name w:val="74367AA6627841D692BC32F923A1D03B"/>
    <w:rsid w:val="00E53DCC"/>
  </w:style>
  <w:style w:type="paragraph" w:customStyle="1" w:styleId="F27CDADD72DF40A1900A34B03AA1B550">
    <w:name w:val="F27CDADD72DF40A1900A34B03AA1B550"/>
    <w:rsid w:val="00E53DCC"/>
  </w:style>
  <w:style w:type="paragraph" w:customStyle="1" w:styleId="F4ECC3F87BD445F197C52D1DC1982CCA">
    <w:name w:val="F4ECC3F87BD445F197C52D1DC1982CCA"/>
    <w:rsid w:val="00E53DCC"/>
  </w:style>
  <w:style w:type="paragraph" w:customStyle="1" w:styleId="6C65B6BFD87D434BB4189A35B3BFEA4C">
    <w:name w:val="6C65B6BFD87D434BB4189A35B3BFEA4C"/>
    <w:rsid w:val="00E53DCC"/>
  </w:style>
  <w:style w:type="paragraph" w:customStyle="1" w:styleId="738E3C5858A4443E9B34E191D5020D68">
    <w:name w:val="738E3C5858A4443E9B34E191D5020D68"/>
    <w:rsid w:val="00E53DCC"/>
  </w:style>
  <w:style w:type="paragraph" w:customStyle="1" w:styleId="EAD38A697DF0495485753F6B4A22B365">
    <w:name w:val="EAD38A697DF0495485753F6B4A22B365"/>
    <w:rsid w:val="00E53DCC"/>
  </w:style>
  <w:style w:type="paragraph" w:customStyle="1" w:styleId="9A22942457B3400DA43D64BF91ED1EB8">
    <w:name w:val="9A22942457B3400DA43D64BF91ED1EB8"/>
    <w:rsid w:val="00E53DCC"/>
  </w:style>
  <w:style w:type="paragraph" w:customStyle="1" w:styleId="7EE6A885B26846B3B0D794D043D68B6B">
    <w:name w:val="7EE6A885B26846B3B0D794D043D68B6B"/>
    <w:rsid w:val="00E53DCC"/>
  </w:style>
  <w:style w:type="paragraph" w:customStyle="1" w:styleId="267E1406B57F4200AA07653F0E4513F6">
    <w:name w:val="267E1406B57F4200AA07653F0E4513F6"/>
    <w:rsid w:val="00E53DCC"/>
  </w:style>
  <w:style w:type="paragraph" w:customStyle="1" w:styleId="45E80DC4C7E04E8692ABCBA1DC10441D">
    <w:name w:val="45E80DC4C7E04E8692ABCBA1DC10441D"/>
    <w:rsid w:val="00E53DCC"/>
  </w:style>
  <w:style w:type="paragraph" w:customStyle="1" w:styleId="18CDC4F7A51B428DB407D6D11F46C4BE">
    <w:name w:val="18CDC4F7A51B428DB407D6D11F46C4BE"/>
    <w:rsid w:val="00E53DCC"/>
  </w:style>
  <w:style w:type="paragraph" w:customStyle="1" w:styleId="093AD69A7A7D420C9B36B2F51B74F796">
    <w:name w:val="093AD69A7A7D420C9B36B2F51B74F796"/>
    <w:rsid w:val="00E53DCC"/>
  </w:style>
  <w:style w:type="paragraph" w:customStyle="1" w:styleId="C66E75A920AD4DB697CDE6D1846E9555">
    <w:name w:val="C66E75A920AD4DB697CDE6D1846E9555"/>
    <w:rsid w:val="00E53DCC"/>
  </w:style>
  <w:style w:type="paragraph" w:customStyle="1" w:styleId="61823D55F96D41609B0288549A117DC5">
    <w:name w:val="61823D55F96D41609B0288549A117DC5"/>
    <w:rsid w:val="00E53DCC"/>
  </w:style>
  <w:style w:type="paragraph" w:customStyle="1" w:styleId="1E0942B7729B44A09E12DA4CC277C97F">
    <w:name w:val="1E0942B7729B44A09E12DA4CC277C97F"/>
    <w:rsid w:val="00E53DCC"/>
  </w:style>
  <w:style w:type="paragraph" w:customStyle="1" w:styleId="250CFD3E41CF4778A096399E64E2C5E3">
    <w:name w:val="250CFD3E41CF4778A096399E64E2C5E3"/>
    <w:rsid w:val="00E53DCC"/>
  </w:style>
  <w:style w:type="paragraph" w:customStyle="1" w:styleId="6FF4A81A879746B798B20576C41385C1">
    <w:name w:val="6FF4A81A879746B798B20576C41385C1"/>
    <w:rsid w:val="00E53DCC"/>
  </w:style>
  <w:style w:type="paragraph" w:customStyle="1" w:styleId="97F8BC1D865540B68633C0515AE6D986">
    <w:name w:val="97F8BC1D865540B68633C0515AE6D986"/>
    <w:rsid w:val="00E53DCC"/>
  </w:style>
  <w:style w:type="paragraph" w:customStyle="1" w:styleId="A519913DC66D470EA308ED50B52CD09F">
    <w:name w:val="A519913DC66D470EA308ED50B52CD09F"/>
    <w:rsid w:val="00E53DCC"/>
  </w:style>
  <w:style w:type="paragraph" w:customStyle="1" w:styleId="93EA47E9ACA045298E0F9C45BF65AB09">
    <w:name w:val="93EA47E9ACA045298E0F9C45BF65AB09"/>
    <w:rsid w:val="00E53DCC"/>
  </w:style>
  <w:style w:type="paragraph" w:customStyle="1" w:styleId="C90ABD6259194BE7AE6E7B7AC4F1A214">
    <w:name w:val="C90ABD6259194BE7AE6E7B7AC4F1A214"/>
    <w:rsid w:val="00E53DCC"/>
  </w:style>
  <w:style w:type="paragraph" w:customStyle="1" w:styleId="9715031519DA4120A9CC2294DB8D9CEF">
    <w:name w:val="9715031519DA4120A9CC2294DB8D9CEF"/>
    <w:rsid w:val="00E53DCC"/>
  </w:style>
  <w:style w:type="paragraph" w:customStyle="1" w:styleId="4944CA55AA824E9A9697F76D10E6E7BE">
    <w:name w:val="4944CA55AA824E9A9697F76D10E6E7BE"/>
    <w:rsid w:val="00E53DCC"/>
    <w:pPr>
      <w:spacing w:after="200" w:line="276" w:lineRule="auto"/>
    </w:pPr>
    <w:rPr>
      <w:lang w:val="en-US" w:eastAsia="en-US"/>
    </w:rPr>
  </w:style>
  <w:style w:type="paragraph" w:customStyle="1" w:styleId="18CDC4F7A51B428DB407D6D11F46C4BE1">
    <w:name w:val="18CDC4F7A51B428DB407D6D11F46C4BE1"/>
    <w:rsid w:val="00E53DCC"/>
    <w:pPr>
      <w:spacing w:after="200" w:line="276" w:lineRule="auto"/>
    </w:pPr>
    <w:rPr>
      <w:lang w:val="en-US" w:eastAsia="en-US"/>
    </w:rPr>
  </w:style>
  <w:style w:type="paragraph" w:customStyle="1" w:styleId="C66E75A920AD4DB697CDE6D1846E95551">
    <w:name w:val="C66E75A920AD4DB697CDE6D1846E95551"/>
    <w:rsid w:val="00E53DCC"/>
    <w:pPr>
      <w:spacing w:after="200" w:line="276" w:lineRule="auto"/>
    </w:pPr>
    <w:rPr>
      <w:lang w:val="en-US" w:eastAsia="en-US"/>
    </w:rPr>
  </w:style>
  <w:style w:type="paragraph" w:customStyle="1" w:styleId="61823D55F96D41609B0288549A117DC51">
    <w:name w:val="61823D55F96D41609B0288549A117DC51"/>
    <w:rsid w:val="00E53DCC"/>
    <w:pPr>
      <w:spacing w:after="200" w:line="276" w:lineRule="auto"/>
    </w:pPr>
    <w:rPr>
      <w:lang w:val="en-US" w:eastAsia="en-US"/>
    </w:rPr>
  </w:style>
  <w:style w:type="paragraph" w:customStyle="1" w:styleId="1E0942B7729B44A09E12DA4CC277C97F1">
    <w:name w:val="1E0942B7729B44A09E12DA4CC277C97F1"/>
    <w:rsid w:val="00E53DCC"/>
    <w:pPr>
      <w:spacing w:after="200" w:line="276" w:lineRule="auto"/>
    </w:pPr>
    <w:rPr>
      <w:lang w:val="en-US" w:eastAsia="en-US"/>
    </w:rPr>
  </w:style>
  <w:style w:type="paragraph" w:customStyle="1" w:styleId="93EA47E9ACA045298E0F9C45BF65AB091">
    <w:name w:val="93EA47E9ACA045298E0F9C45BF65AB091"/>
    <w:rsid w:val="00E53DCC"/>
    <w:pPr>
      <w:spacing w:after="200" w:line="276" w:lineRule="auto"/>
    </w:pPr>
    <w:rPr>
      <w:lang w:val="en-US" w:eastAsia="en-US"/>
    </w:rPr>
  </w:style>
  <w:style w:type="paragraph" w:customStyle="1" w:styleId="096E40E93C23483493C669DD9C8E6D77">
    <w:name w:val="096E40E93C23483493C669DD9C8E6D77"/>
    <w:rsid w:val="00E53DCC"/>
    <w:pPr>
      <w:spacing w:after="200" w:line="276" w:lineRule="auto"/>
    </w:pPr>
    <w:rPr>
      <w:lang w:val="en-US" w:eastAsia="en-US"/>
    </w:rPr>
  </w:style>
  <w:style w:type="paragraph" w:customStyle="1" w:styleId="97F8BC1D865540B68633C0515AE6D9861">
    <w:name w:val="97F8BC1D865540B68633C0515AE6D9861"/>
    <w:rsid w:val="00E53DCC"/>
    <w:pPr>
      <w:spacing w:after="200" w:line="276" w:lineRule="auto"/>
    </w:pPr>
    <w:rPr>
      <w:lang w:val="en-US" w:eastAsia="en-US"/>
    </w:rPr>
  </w:style>
  <w:style w:type="paragraph" w:customStyle="1" w:styleId="A519913DC66D470EA308ED50B52CD09F1">
    <w:name w:val="A519913DC66D470EA308ED50B52CD09F1"/>
    <w:rsid w:val="00E53DCC"/>
    <w:pPr>
      <w:spacing w:after="200" w:line="276" w:lineRule="auto"/>
    </w:pPr>
    <w:rPr>
      <w:lang w:val="en-US" w:eastAsia="en-US"/>
    </w:rPr>
  </w:style>
  <w:style w:type="paragraph" w:customStyle="1" w:styleId="0B917CE1D00746F5B85C4410A2D8E01A">
    <w:name w:val="0B917CE1D00746F5B85C4410A2D8E01A"/>
    <w:rsid w:val="00E53DC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eastAsia="en-US"/>
    </w:rPr>
  </w:style>
  <w:style w:type="paragraph" w:customStyle="1" w:styleId="4944CA55AA824E9A9697F76D10E6E7BE1">
    <w:name w:val="4944CA55AA824E9A9697F76D10E6E7BE1"/>
    <w:rsid w:val="00E53DCC"/>
    <w:pPr>
      <w:spacing w:after="200" w:line="276" w:lineRule="auto"/>
    </w:pPr>
    <w:rPr>
      <w:lang w:val="en-US" w:eastAsia="en-US"/>
    </w:rPr>
  </w:style>
  <w:style w:type="paragraph" w:customStyle="1" w:styleId="18CDC4F7A51B428DB407D6D11F46C4BE2">
    <w:name w:val="18CDC4F7A51B428DB407D6D11F46C4BE2"/>
    <w:rsid w:val="00E53DCC"/>
    <w:pPr>
      <w:spacing w:after="200" w:line="276" w:lineRule="auto"/>
    </w:pPr>
    <w:rPr>
      <w:lang w:val="en-US" w:eastAsia="en-US"/>
    </w:rPr>
  </w:style>
  <w:style w:type="paragraph" w:customStyle="1" w:styleId="C66E75A920AD4DB697CDE6D1846E95552">
    <w:name w:val="C66E75A920AD4DB697CDE6D1846E95552"/>
    <w:rsid w:val="00E53DCC"/>
    <w:pPr>
      <w:spacing w:after="200" w:line="276" w:lineRule="auto"/>
    </w:pPr>
    <w:rPr>
      <w:lang w:val="en-US" w:eastAsia="en-US"/>
    </w:rPr>
  </w:style>
  <w:style w:type="paragraph" w:customStyle="1" w:styleId="61823D55F96D41609B0288549A117DC52">
    <w:name w:val="61823D55F96D41609B0288549A117DC52"/>
    <w:rsid w:val="00E53DCC"/>
    <w:pPr>
      <w:spacing w:after="200" w:line="276" w:lineRule="auto"/>
    </w:pPr>
    <w:rPr>
      <w:lang w:val="en-US" w:eastAsia="en-US"/>
    </w:rPr>
  </w:style>
  <w:style w:type="paragraph" w:customStyle="1" w:styleId="1E0942B7729B44A09E12DA4CC277C97F2">
    <w:name w:val="1E0942B7729B44A09E12DA4CC277C97F2"/>
    <w:rsid w:val="00E53DCC"/>
    <w:pPr>
      <w:spacing w:after="200" w:line="276" w:lineRule="auto"/>
    </w:pPr>
    <w:rPr>
      <w:lang w:val="en-US" w:eastAsia="en-US"/>
    </w:rPr>
  </w:style>
  <w:style w:type="paragraph" w:customStyle="1" w:styleId="93EA47E9ACA045298E0F9C45BF65AB092">
    <w:name w:val="93EA47E9ACA045298E0F9C45BF65AB092"/>
    <w:rsid w:val="00E53DCC"/>
    <w:pPr>
      <w:spacing w:after="200" w:line="276" w:lineRule="auto"/>
    </w:pPr>
    <w:rPr>
      <w:lang w:val="en-US" w:eastAsia="en-US"/>
    </w:rPr>
  </w:style>
  <w:style w:type="paragraph" w:customStyle="1" w:styleId="096E40E93C23483493C669DD9C8E6D771">
    <w:name w:val="096E40E93C23483493C669DD9C8E6D771"/>
    <w:rsid w:val="00E53DCC"/>
    <w:pPr>
      <w:spacing w:after="200" w:line="276" w:lineRule="auto"/>
    </w:pPr>
    <w:rPr>
      <w:lang w:val="en-US" w:eastAsia="en-US"/>
    </w:rPr>
  </w:style>
  <w:style w:type="paragraph" w:customStyle="1" w:styleId="97F8BC1D865540B68633C0515AE6D9862">
    <w:name w:val="97F8BC1D865540B68633C0515AE6D9862"/>
    <w:rsid w:val="00E53DCC"/>
    <w:pPr>
      <w:spacing w:after="200" w:line="276" w:lineRule="auto"/>
    </w:pPr>
    <w:rPr>
      <w:lang w:val="en-US" w:eastAsia="en-US"/>
    </w:rPr>
  </w:style>
  <w:style w:type="paragraph" w:customStyle="1" w:styleId="A519913DC66D470EA308ED50B52CD09F2">
    <w:name w:val="A519913DC66D470EA308ED50B52CD09F2"/>
    <w:rsid w:val="00E53DCC"/>
    <w:pPr>
      <w:spacing w:after="200" w:line="276" w:lineRule="auto"/>
    </w:pPr>
    <w:rPr>
      <w:lang w:val="en-US" w:eastAsia="en-US"/>
    </w:rPr>
  </w:style>
  <w:style w:type="paragraph" w:customStyle="1" w:styleId="0B917CE1D00746F5B85C4410A2D8E01A1">
    <w:name w:val="0B917CE1D00746F5B85C4410A2D8E01A1"/>
    <w:rsid w:val="00E53DC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eastAsia="en-US"/>
    </w:rPr>
  </w:style>
  <w:style w:type="paragraph" w:customStyle="1" w:styleId="C4054E1CB10941578A0498FAC4B0AA00">
    <w:name w:val="C4054E1CB10941578A0498FAC4B0AA00"/>
    <w:rsid w:val="00E53DCC"/>
  </w:style>
  <w:style w:type="paragraph" w:customStyle="1" w:styleId="DDC4C11895454467A1432ED7FAECEBCA">
    <w:name w:val="DDC4C11895454467A1432ED7FAECEBCA"/>
    <w:rsid w:val="00E53DCC"/>
  </w:style>
  <w:style w:type="paragraph" w:customStyle="1" w:styleId="C7454A9EC2574796962A91E35A74E93A">
    <w:name w:val="C7454A9EC2574796962A91E35A74E93A"/>
    <w:rsid w:val="00E53DCC"/>
  </w:style>
  <w:style w:type="paragraph" w:customStyle="1" w:styleId="3B30F3CF4C3248FFBCFBD24B4DE5D252">
    <w:name w:val="3B30F3CF4C3248FFBCFBD24B4DE5D252"/>
    <w:rsid w:val="00E53DCC"/>
  </w:style>
  <w:style w:type="paragraph" w:customStyle="1" w:styleId="E032EC1D8B5444F89E9F150BA11F1664">
    <w:name w:val="E032EC1D8B5444F89E9F150BA11F1664"/>
    <w:rsid w:val="00E53DCC"/>
  </w:style>
  <w:style w:type="paragraph" w:customStyle="1" w:styleId="3235BE187C09476ABCF5065E60185604">
    <w:name w:val="3235BE187C09476ABCF5065E60185604"/>
    <w:rsid w:val="00E53DCC"/>
  </w:style>
  <w:style w:type="paragraph" w:customStyle="1" w:styleId="9C384FF71AD24C4382322E9D84F738D8">
    <w:name w:val="9C384FF71AD24C4382322E9D84F738D8"/>
    <w:rsid w:val="00E53D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902182-4374-459C-B688-A2F344A42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1082</Words>
  <Characters>6817</Characters>
  <Application>Microsoft Office Word</Application>
  <DocSecurity>0</DocSecurity>
  <Lines>56</Lines>
  <Paragraphs>15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Überschriften</vt:lpstr>
      </vt:variant>
      <vt:variant>
        <vt:i4>41</vt:i4>
      </vt:variant>
      <vt:variant>
        <vt:lpstr>Title</vt:lpstr>
      </vt:variant>
      <vt:variant>
        <vt:i4>1</vt:i4>
      </vt:variant>
    </vt:vector>
  </HeadingPairs>
  <TitlesOfParts>
    <vt:vector size="43" baseType="lpstr">
      <vt:lpstr/>
      <vt:lpstr>Ihre Bewerbung für die Aus- und Fortbildungsinitiative SJ 26/27 April 2027 bis J</vt:lpstr>
      <vt:lpstr>unterstützt von Faber-Castell, durchgeführt mit Stephanie Ingrid Müller persönli</vt:lpstr>
      <vt:lpstr>🏫 Ihre Schul-/Einrichtungsdaten</vt:lpstr>
      <vt:lpstr>Ihre Schule / Einrichtung - Pflichtfeld</vt:lpstr>
      <vt:lpstr>Straße - Pflichtfeld</vt:lpstr>
      <vt:lpstr/>
      <vt:lpstr>Hausnummer - Pflichtfeld</vt:lpstr>
      <vt:lpstr>PLZ - Pflichtfeld</vt:lpstr>
      <vt:lpstr>Ort - Pflichtfeld</vt:lpstr>
      <vt:lpstr>Bundesland / Kanton - Pflichtfeld</vt:lpstr>
      <vt:lpstr>Land - Pflichtfeld Klicken Sie auf den Text „Wählen Sie ein Element aus.“, dann </vt:lpstr>
      <vt:lpstr/>
      <vt:lpstr>Telefon - Pflichtfeld</vt:lpstr>
      <vt:lpstr>Ihre E-Mail-Adresse – bitte erreichbare E-Mail-Adresse angeben - Pflichtfeld</vt:lpstr>
      <vt:lpstr>👤 Ansprechpartner:in für die Fortbildung / den Ausbildungstag</vt:lpstr>
      <vt:lpstr>Vorname - Pflichtfeld</vt:lpstr>
      <vt:lpstr/>
      <vt:lpstr/>
      <vt:lpstr>Nachname - Pflichtfeld</vt:lpstr>
      <vt:lpstr/>
      <vt:lpstr/>
      <vt:lpstr/>
      <vt:lpstr>Funktion - Pflichtfeld</vt:lpstr>
      <vt:lpstr/>
      <vt:lpstr>Erreichbarkeit (z. B. Uhrzeit oder Wochentage) - Pflichtfeld</vt:lpstr>
      <vt:lpstr/>
      <vt:lpstr>👥 Verbindliche Teilnehmerzahl</vt:lpstr>
      <vt:lpstr>Geplante Teilnehmerzahl - Pflichtfeld</vt:lpstr>
      <vt:lpstr>Aktuell bitte ca.-Angabe – bitte beachten Sie: für die Kostenfreiheit der Lehrer</vt:lpstr>
      <vt:lpstr>&lt;Wählen Sie ein Element aus.&gt; </vt:lpstr>
      <vt:lpstr>📚 Ihr gewünschtes Fortbildungsthema mit Stephanie Ingrid Müller - Pflichtfeld</vt:lpstr>
      <vt:lpstr>Klicken Sie Ihr gewünschtes Fortbildungsthema an. Klicken Sie beide Themen an, w</vt:lpstr>
      <vt:lpstr/>
      <vt:lpstr>🏷️ Seminarformat - Pflichtfeld</vt:lpstr>
      <vt:lpstr/>
      <vt:lpstr>📆 Ihr/e gewünschter/n Termin/e - Pflichtfelder</vt:lpstr>
      <vt:lpstr>💻 Zusätzlicher Wunschtermin – evtl. können wir andere Termine realisieren</vt:lpstr>
      <vt:lpstr/>
      <vt:lpstr>📎 Sie möchten uns noch etwas mitteilen?</vt:lpstr>
      <vt:lpstr>🔒 Abschluss und Versand Ihrer Bewerbung - Bitte beachten Sie:</vt:lpstr>
      <vt:lpstr>Datenschutz-Hinweis</vt:lpstr>
      <vt:lpstr/>
    </vt:vector>
  </TitlesOfParts>
  <Manager/>
  <Company/>
  <LinksUpToDate>false</LinksUpToDate>
  <CharactersWithSpaces>7884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Stephanie Ingrid Müller - Mediastep-Institut</cp:lastModifiedBy>
  <cp:revision>3</cp:revision>
  <dcterms:created xsi:type="dcterms:W3CDTF">2026-10-02T13:13:00Z</dcterms:created>
  <dcterms:modified xsi:type="dcterms:W3CDTF">2026-10-02T13:32:00Z</dcterms:modified>
  <cp:category/>
</cp:coreProperties>
</file>